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1ECFE" w14:textId="77777777" w:rsidR="00452B5E" w:rsidRPr="00D85610" w:rsidRDefault="00F24C46" w:rsidP="00D85610">
      <w:pPr>
        <w:spacing w:after="0"/>
        <w:jc w:val="right"/>
        <w:rPr>
          <w:lang w:val="ru-RU"/>
        </w:rPr>
      </w:pPr>
      <w:r w:rsidRPr="00D85610">
        <w:rPr>
          <w:b/>
          <w:lang w:val="ru-RU"/>
        </w:rPr>
        <w:t>УТВЕРЖДЕН</w:t>
      </w:r>
    </w:p>
    <w:p w14:paraId="5C2DB506" w14:textId="77777777" w:rsidR="00452B5E" w:rsidRPr="00D85610" w:rsidRDefault="00F24C46" w:rsidP="00D85610">
      <w:pPr>
        <w:spacing w:after="0"/>
        <w:jc w:val="right"/>
        <w:rPr>
          <w:lang w:val="ru-RU"/>
        </w:rPr>
      </w:pPr>
      <w:r w:rsidRPr="00D85610">
        <w:rPr>
          <w:lang w:val="ru-RU"/>
        </w:rPr>
        <w:t>Общим собранием</w:t>
      </w:r>
    </w:p>
    <w:p w14:paraId="60867E78" w14:textId="77777777" w:rsidR="00452B5E" w:rsidRPr="00D85610" w:rsidRDefault="00F24C46" w:rsidP="00D85610">
      <w:pPr>
        <w:spacing w:after="0"/>
        <w:jc w:val="right"/>
        <w:rPr>
          <w:lang w:val="ru-RU"/>
        </w:rPr>
      </w:pPr>
      <w:r w:rsidRPr="00D85610">
        <w:rPr>
          <w:lang w:val="ru-RU"/>
        </w:rPr>
        <w:t>членов ЖСК «Вильнюс»</w:t>
      </w:r>
    </w:p>
    <w:p w14:paraId="22AEB2E3" w14:textId="77777777" w:rsidR="00452B5E" w:rsidRPr="00D85610" w:rsidRDefault="00F24C46" w:rsidP="00D85610">
      <w:pPr>
        <w:spacing w:after="0"/>
        <w:jc w:val="right"/>
        <w:rPr>
          <w:lang w:val="ru-RU"/>
        </w:rPr>
      </w:pPr>
      <w:r w:rsidRPr="00D85610">
        <w:rPr>
          <w:lang w:val="ru-RU"/>
        </w:rPr>
        <w:t>Протокол № ____</w:t>
      </w:r>
    </w:p>
    <w:p w14:paraId="23117A85" w14:textId="552B5237" w:rsidR="00452B5E" w:rsidRPr="00D85610" w:rsidRDefault="00F24C46" w:rsidP="00D85610">
      <w:pPr>
        <w:spacing w:after="240"/>
        <w:jc w:val="right"/>
        <w:rPr>
          <w:lang w:val="ru-RU"/>
        </w:rPr>
      </w:pPr>
      <w:r w:rsidRPr="00D85610">
        <w:rPr>
          <w:lang w:val="ru-RU"/>
        </w:rPr>
        <w:t xml:space="preserve">от «___» </w:t>
      </w:r>
      <w:r w:rsidR="004069CD">
        <w:rPr>
          <w:lang w:val="ru-RU"/>
        </w:rPr>
        <w:t>ноября</w:t>
      </w:r>
      <w:r w:rsidRPr="00D85610">
        <w:rPr>
          <w:lang w:val="ru-RU"/>
        </w:rPr>
        <w:t xml:space="preserve"> 2026 г.</w:t>
      </w:r>
    </w:p>
    <w:p w14:paraId="1495AC57" w14:textId="77777777" w:rsidR="00D85610" w:rsidRDefault="00D85610">
      <w:pPr>
        <w:spacing w:after="0"/>
        <w:jc w:val="center"/>
        <w:rPr>
          <w:b/>
          <w:sz w:val="28"/>
          <w:lang w:val="ru-RU"/>
        </w:rPr>
      </w:pPr>
    </w:p>
    <w:p w14:paraId="465BC53F" w14:textId="77777777" w:rsidR="00D85610" w:rsidRDefault="00D85610">
      <w:pPr>
        <w:spacing w:after="0"/>
        <w:jc w:val="center"/>
        <w:rPr>
          <w:b/>
          <w:sz w:val="28"/>
          <w:lang w:val="ru-RU"/>
        </w:rPr>
      </w:pPr>
    </w:p>
    <w:p w14:paraId="38215E3F" w14:textId="77777777" w:rsidR="00D85610" w:rsidRDefault="00D85610">
      <w:pPr>
        <w:spacing w:after="0"/>
        <w:jc w:val="center"/>
        <w:rPr>
          <w:b/>
          <w:sz w:val="28"/>
          <w:lang w:val="ru-RU"/>
        </w:rPr>
      </w:pPr>
    </w:p>
    <w:p w14:paraId="17522732" w14:textId="77777777" w:rsidR="00D85610" w:rsidRDefault="00D85610">
      <w:pPr>
        <w:spacing w:after="0"/>
        <w:jc w:val="center"/>
        <w:rPr>
          <w:b/>
          <w:sz w:val="28"/>
          <w:lang w:val="ru-RU"/>
        </w:rPr>
      </w:pPr>
    </w:p>
    <w:p w14:paraId="7FA555E7" w14:textId="77777777" w:rsidR="00D85610" w:rsidRDefault="00D85610">
      <w:pPr>
        <w:spacing w:after="0"/>
        <w:jc w:val="center"/>
        <w:rPr>
          <w:b/>
          <w:sz w:val="28"/>
          <w:lang w:val="ru-RU"/>
        </w:rPr>
      </w:pPr>
    </w:p>
    <w:p w14:paraId="3F8DE394" w14:textId="77777777" w:rsidR="00D85610" w:rsidRDefault="00D85610">
      <w:pPr>
        <w:spacing w:after="0"/>
        <w:jc w:val="center"/>
        <w:rPr>
          <w:b/>
          <w:sz w:val="28"/>
          <w:lang w:val="ru-RU"/>
        </w:rPr>
      </w:pPr>
    </w:p>
    <w:p w14:paraId="2E952A18" w14:textId="77777777" w:rsidR="00D85610" w:rsidRDefault="00D85610">
      <w:pPr>
        <w:spacing w:after="0"/>
        <w:jc w:val="center"/>
        <w:rPr>
          <w:b/>
          <w:sz w:val="28"/>
          <w:lang w:val="ru-RU"/>
        </w:rPr>
      </w:pPr>
    </w:p>
    <w:p w14:paraId="709601CD" w14:textId="4160832D" w:rsidR="00452B5E" w:rsidRPr="00D85610" w:rsidRDefault="00F24C46">
      <w:pPr>
        <w:spacing w:after="0"/>
        <w:jc w:val="center"/>
        <w:rPr>
          <w:sz w:val="32"/>
          <w:szCs w:val="32"/>
          <w:lang w:val="ru-RU"/>
        </w:rPr>
      </w:pPr>
      <w:r w:rsidRPr="00D85610">
        <w:rPr>
          <w:b/>
          <w:sz w:val="32"/>
          <w:szCs w:val="32"/>
          <w:lang w:val="ru-RU"/>
        </w:rPr>
        <w:t>УСТАВ</w:t>
      </w:r>
    </w:p>
    <w:p w14:paraId="45D00C3C" w14:textId="77777777" w:rsidR="00452B5E" w:rsidRPr="00D85610" w:rsidRDefault="00F24C46">
      <w:pPr>
        <w:spacing w:after="0"/>
        <w:jc w:val="center"/>
        <w:rPr>
          <w:sz w:val="32"/>
          <w:szCs w:val="32"/>
          <w:lang w:val="ru-RU"/>
        </w:rPr>
      </w:pPr>
      <w:r w:rsidRPr="00D85610">
        <w:rPr>
          <w:b/>
          <w:sz w:val="32"/>
          <w:szCs w:val="32"/>
          <w:lang w:val="ru-RU"/>
        </w:rPr>
        <w:t>ЖИЛИЩНО-СТРОИТЕЛЬНОГО КООПЕРАТИВА</w:t>
      </w:r>
    </w:p>
    <w:p w14:paraId="59722FE3" w14:textId="77777777" w:rsidR="00452B5E" w:rsidRPr="00D85610" w:rsidRDefault="00F24C46">
      <w:pPr>
        <w:spacing w:after="0"/>
        <w:jc w:val="center"/>
        <w:rPr>
          <w:sz w:val="32"/>
          <w:szCs w:val="32"/>
          <w:lang w:val="ru-RU"/>
        </w:rPr>
      </w:pPr>
      <w:r w:rsidRPr="00D85610">
        <w:rPr>
          <w:b/>
          <w:sz w:val="32"/>
          <w:szCs w:val="32"/>
          <w:lang w:val="ru-RU"/>
        </w:rPr>
        <w:t>«ВИЛЬНЮС»</w:t>
      </w:r>
    </w:p>
    <w:p w14:paraId="0CA40C5B" w14:textId="77777777" w:rsidR="00452B5E" w:rsidRPr="00D85610" w:rsidRDefault="00F24C46">
      <w:pPr>
        <w:spacing w:after="240"/>
        <w:jc w:val="center"/>
        <w:rPr>
          <w:sz w:val="28"/>
          <w:szCs w:val="28"/>
          <w:lang w:val="ru-RU"/>
        </w:rPr>
      </w:pPr>
      <w:r w:rsidRPr="00D85610">
        <w:rPr>
          <w:sz w:val="28"/>
          <w:szCs w:val="28"/>
          <w:lang w:val="ru-RU"/>
        </w:rPr>
        <w:t>(новая редакция)</w:t>
      </w:r>
    </w:p>
    <w:p w14:paraId="66E8E8FF" w14:textId="77777777" w:rsidR="00D85610" w:rsidRDefault="00D85610">
      <w:pPr>
        <w:spacing w:after="0"/>
        <w:jc w:val="center"/>
        <w:rPr>
          <w:lang w:val="ru-RU"/>
        </w:rPr>
      </w:pPr>
    </w:p>
    <w:p w14:paraId="6962EFCB" w14:textId="77777777" w:rsidR="00D85610" w:rsidRDefault="00D85610">
      <w:pPr>
        <w:spacing w:after="0"/>
        <w:jc w:val="center"/>
        <w:rPr>
          <w:lang w:val="ru-RU"/>
        </w:rPr>
      </w:pPr>
    </w:p>
    <w:p w14:paraId="0128996F" w14:textId="77777777" w:rsidR="00D85610" w:rsidRDefault="00D85610">
      <w:pPr>
        <w:spacing w:after="0"/>
        <w:jc w:val="center"/>
        <w:rPr>
          <w:lang w:val="ru-RU"/>
        </w:rPr>
      </w:pPr>
    </w:p>
    <w:p w14:paraId="58B0E75C" w14:textId="77777777" w:rsidR="00D85610" w:rsidRDefault="00D85610">
      <w:pPr>
        <w:spacing w:after="0"/>
        <w:jc w:val="center"/>
        <w:rPr>
          <w:lang w:val="ru-RU"/>
        </w:rPr>
      </w:pPr>
    </w:p>
    <w:p w14:paraId="0033CD39" w14:textId="77777777" w:rsidR="00D85610" w:rsidRDefault="00D85610">
      <w:pPr>
        <w:spacing w:after="0"/>
        <w:jc w:val="center"/>
        <w:rPr>
          <w:lang w:val="ru-RU"/>
        </w:rPr>
      </w:pPr>
    </w:p>
    <w:p w14:paraId="710A6E82" w14:textId="77777777" w:rsidR="00D85610" w:rsidRDefault="00D85610">
      <w:pPr>
        <w:spacing w:after="0"/>
        <w:jc w:val="center"/>
        <w:rPr>
          <w:lang w:val="ru-RU"/>
        </w:rPr>
      </w:pPr>
    </w:p>
    <w:p w14:paraId="4A5F4B13" w14:textId="77777777" w:rsidR="00D85610" w:rsidRDefault="00D85610">
      <w:pPr>
        <w:spacing w:after="0"/>
        <w:jc w:val="center"/>
        <w:rPr>
          <w:lang w:val="ru-RU"/>
        </w:rPr>
      </w:pPr>
    </w:p>
    <w:p w14:paraId="7A76A0CD" w14:textId="77777777" w:rsidR="00D85610" w:rsidRDefault="00D85610">
      <w:pPr>
        <w:spacing w:after="0"/>
        <w:jc w:val="center"/>
        <w:rPr>
          <w:lang w:val="ru-RU"/>
        </w:rPr>
      </w:pPr>
    </w:p>
    <w:p w14:paraId="1276D85B" w14:textId="77777777" w:rsidR="00D85610" w:rsidRDefault="00D85610">
      <w:pPr>
        <w:spacing w:after="0"/>
        <w:jc w:val="center"/>
        <w:rPr>
          <w:lang w:val="ru-RU"/>
        </w:rPr>
      </w:pPr>
    </w:p>
    <w:p w14:paraId="3FCB6020" w14:textId="77777777" w:rsidR="00D85610" w:rsidRDefault="00D85610">
      <w:pPr>
        <w:spacing w:after="0"/>
        <w:jc w:val="center"/>
        <w:rPr>
          <w:lang w:val="ru-RU"/>
        </w:rPr>
      </w:pPr>
    </w:p>
    <w:p w14:paraId="6AB3C1FD" w14:textId="74CD2595" w:rsidR="00D85610" w:rsidRDefault="00D85610">
      <w:pPr>
        <w:spacing w:after="0"/>
        <w:jc w:val="center"/>
        <w:rPr>
          <w:lang w:val="ru-RU"/>
        </w:rPr>
      </w:pPr>
    </w:p>
    <w:p w14:paraId="7D27B299" w14:textId="76FB7FF4" w:rsidR="00D85610" w:rsidRDefault="00D85610">
      <w:pPr>
        <w:spacing w:after="0"/>
        <w:jc w:val="center"/>
        <w:rPr>
          <w:lang w:val="ru-RU"/>
        </w:rPr>
      </w:pPr>
    </w:p>
    <w:p w14:paraId="0C7AC053" w14:textId="12C6335B" w:rsidR="00452B5E" w:rsidRPr="00D85610" w:rsidRDefault="00F24C46">
      <w:pPr>
        <w:spacing w:after="0"/>
        <w:jc w:val="center"/>
        <w:rPr>
          <w:sz w:val="28"/>
          <w:szCs w:val="28"/>
          <w:lang w:val="ru-RU"/>
        </w:rPr>
      </w:pPr>
      <w:r w:rsidRPr="00D85610">
        <w:rPr>
          <w:sz w:val="28"/>
          <w:szCs w:val="28"/>
          <w:lang w:val="ru-RU"/>
        </w:rPr>
        <w:t>Москва, 2026</w:t>
      </w:r>
    </w:p>
    <w:p w14:paraId="5BCCFB52" w14:textId="30F07568" w:rsidR="00452B5E" w:rsidRPr="00D85610" w:rsidRDefault="00F24C46" w:rsidP="00D85610">
      <w:pPr>
        <w:jc w:val="center"/>
        <w:rPr>
          <w:lang w:val="ru-RU"/>
        </w:rPr>
      </w:pPr>
      <w:r w:rsidRPr="00D85610">
        <w:rPr>
          <w:lang w:val="ru-RU"/>
        </w:rPr>
        <w:br w:type="page"/>
      </w:r>
      <w:r w:rsidRPr="00D85610">
        <w:rPr>
          <w:b/>
          <w:lang w:val="ru-RU"/>
        </w:rPr>
        <w:lastRenderedPageBreak/>
        <w:t>1. ОБЩИЕ ПОЛОЖЕНИЯ</w:t>
      </w:r>
    </w:p>
    <w:p w14:paraId="12C4DC20" w14:textId="1AABB2A6" w:rsidR="00D85610" w:rsidRPr="00D85610" w:rsidRDefault="006456DB" w:rsidP="00D85610">
      <w:pPr>
        <w:spacing w:line="276" w:lineRule="auto"/>
        <w:ind w:firstLine="709"/>
        <w:jc w:val="both"/>
        <w:rPr>
          <w:sz w:val="28"/>
          <w:szCs w:val="28"/>
          <w:lang w:val="ru-RU"/>
        </w:rPr>
      </w:pPr>
      <w:r>
        <w:rPr>
          <w:sz w:val="28"/>
          <w:szCs w:val="28"/>
          <w:lang w:val="ru-RU"/>
        </w:rPr>
        <w:t xml:space="preserve">1.1 </w:t>
      </w:r>
      <w:r w:rsidR="00F24C46" w:rsidRPr="00D85610">
        <w:rPr>
          <w:sz w:val="28"/>
          <w:szCs w:val="28"/>
          <w:lang w:val="ru-RU"/>
        </w:rPr>
        <w:t>Жилищно-строительный кооператив «Вильнюс» (далее – ЖСК «Вильнюс») учреждён решением Общего собрания граждан об организации ЖСК «Вильнюс», утверждённым исполкомом Красногвардейского Совета народных депутатов (решение № 32/1-50 от 03.09.1980 г.)</w:t>
      </w:r>
    </w:p>
    <w:p w14:paraId="5F8FFB70" w14:textId="4D09F9E6" w:rsidR="00452B5E" w:rsidRPr="00D85610" w:rsidRDefault="00F24C46" w:rsidP="00D85610">
      <w:pPr>
        <w:spacing w:line="276" w:lineRule="auto"/>
        <w:ind w:firstLine="709"/>
        <w:jc w:val="both"/>
        <w:rPr>
          <w:sz w:val="28"/>
          <w:szCs w:val="28"/>
          <w:lang w:val="ru-RU"/>
        </w:rPr>
      </w:pPr>
      <w:r w:rsidRPr="00D85610">
        <w:rPr>
          <w:sz w:val="28"/>
          <w:szCs w:val="28"/>
          <w:lang w:val="ru-RU"/>
        </w:rPr>
        <w:t>ЖСК «Вильнюс» создан как добровольное объединение граждан на основе членства в целях удовлетворения потребностей граждан в жилье, а также управления жилыми и нежилыми помещениями в многоквартирных домах ЖСК «Вильнюс», включающих 3 (три) 16-этажных дома (корпуса), расположенных по адресу: 115446, г. Москва, Коломенский проезд, дом 8, корпус 1, корпус 2, корпус 3.</w:t>
      </w:r>
    </w:p>
    <w:p w14:paraId="31ADF09F"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Настоящий Устав является новой редакцией Устава ЖСК «Вильнюс». Устав приведён в соответствие с учётом новых положений, содержащихся в Гражданском кодексе Российской Федерации (далее – ГК РФ), Жилищном кодексе Российской Федерации (далее – ЖК РФ), Федеральных законах и других специальных (предметных) нормативных правовых актах Российской Федерации.</w:t>
      </w:r>
    </w:p>
    <w:p w14:paraId="78F4E40B" w14:textId="108D6DE4" w:rsidR="00452B5E" w:rsidRPr="00D85610" w:rsidRDefault="006456DB" w:rsidP="00D85610">
      <w:pPr>
        <w:spacing w:line="276" w:lineRule="auto"/>
        <w:ind w:firstLine="709"/>
        <w:jc w:val="both"/>
        <w:rPr>
          <w:sz w:val="28"/>
          <w:szCs w:val="28"/>
          <w:lang w:val="ru-RU"/>
        </w:rPr>
      </w:pPr>
      <w:r>
        <w:rPr>
          <w:sz w:val="28"/>
          <w:szCs w:val="28"/>
          <w:lang w:val="ru-RU"/>
        </w:rPr>
        <w:t>1.2</w:t>
      </w:r>
      <w:r w:rsidR="002976C9">
        <w:rPr>
          <w:sz w:val="28"/>
          <w:szCs w:val="28"/>
          <w:lang w:val="ru-RU"/>
        </w:rPr>
        <w:t xml:space="preserve">. </w:t>
      </w:r>
      <w:r w:rsidR="00F24C46" w:rsidRPr="00D85610">
        <w:rPr>
          <w:sz w:val="28"/>
          <w:szCs w:val="28"/>
          <w:lang w:val="ru-RU"/>
        </w:rPr>
        <w:t>Полное наименование на русском языке: Жилищно-строительный кооператив «Вильнюс».</w:t>
      </w:r>
    </w:p>
    <w:p w14:paraId="65DD637E"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Сокращённое наименование на русском языке: ЖСК «Вильнюс».</w:t>
      </w:r>
    </w:p>
    <w:p w14:paraId="793ECF62" w14:textId="454BC711" w:rsidR="00452B5E" w:rsidRPr="00D85610" w:rsidRDefault="006456DB" w:rsidP="00D85610">
      <w:pPr>
        <w:spacing w:line="276" w:lineRule="auto"/>
        <w:ind w:firstLine="709"/>
        <w:jc w:val="both"/>
        <w:rPr>
          <w:sz w:val="28"/>
          <w:szCs w:val="28"/>
          <w:lang w:val="ru-RU"/>
        </w:rPr>
      </w:pPr>
      <w:r>
        <w:rPr>
          <w:sz w:val="28"/>
          <w:szCs w:val="28"/>
          <w:lang w:val="ru-RU"/>
        </w:rPr>
        <w:t xml:space="preserve">1.3. </w:t>
      </w:r>
      <w:r w:rsidR="00F24C46" w:rsidRPr="00D85610">
        <w:rPr>
          <w:sz w:val="28"/>
          <w:szCs w:val="28"/>
          <w:lang w:val="ru-RU"/>
        </w:rPr>
        <w:t>Место нахождения постоянно действующего исполнительного органа: 115446, г. Москва, Коломенский проезд, дом 8, корпус 3.</w:t>
      </w:r>
    </w:p>
    <w:p w14:paraId="79A6D10B" w14:textId="638375D1" w:rsidR="00452B5E" w:rsidRPr="00D85610" w:rsidRDefault="006456DB" w:rsidP="00D85610">
      <w:pPr>
        <w:spacing w:line="276" w:lineRule="auto"/>
        <w:ind w:firstLine="709"/>
        <w:jc w:val="both"/>
        <w:rPr>
          <w:sz w:val="28"/>
          <w:szCs w:val="28"/>
          <w:lang w:val="ru-RU"/>
        </w:rPr>
      </w:pPr>
      <w:r>
        <w:rPr>
          <w:sz w:val="28"/>
          <w:szCs w:val="28"/>
          <w:lang w:val="ru-RU"/>
        </w:rPr>
        <w:t xml:space="preserve">1.4. </w:t>
      </w:r>
      <w:r w:rsidR="00F24C46" w:rsidRPr="00D85610">
        <w:rPr>
          <w:sz w:val="28"/>
          <w:szCs w:val="28"/>
          <w:lang w:val="ru-RU"/>
        </w:rPr>
        <w:t>ЖСК «Вильнюс» является юридическим лицом со дня внесения соответствующей записи в Единый государственный реестр юридических лиц.</w:t>
      </w:r>
    </w:p>
    <w:p w14:paraId="0FAE8950"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ЖСК «Вильнюс» создан без ограничения срока деятельности.</w:t>
      </w:r>
    </w:p>
    <w:p w14:paraId="35D66E59"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Количество членов – не более количества жилых помещений в ЖСК «Вильнюс».</w:t>
      </w:r>
    </w:p>
    <w:p w14:paraId="7E540D37" w14:textId="0CB892C6" w:rsidR="00452B5E" w:rsidRPr="00D85610" w:rsidRDefault="006456DB" w:rsidP="00D85610">
      <w:pPr>
        <w:spacing w:line="276" w:lineRule="auto"/>
        <w:ind w:firstLine="709"/>
        <w:jc w:val="both"/>
        <w:rPr>
          <w:sz w:val="28"/>
          <w:szCs w:val="28"/>
          <w:lang w:val="ru-RU"/>
        </w:rPr>
      </w:pPr>
      <w:r>
        <w:rPr>
          <w:sz w:val="28"/>
          <w:szCs w:val="28"/>
          <w:lang w:val="ru-RU"/>
        </w:rPr>
        <w:t xml:space="preserve">1.5. </w:t>
      </w:r>
      <w:r w:rsidR="00F24C46" w:rsidRPr="00D85610">
        <w:rPr>
          <w:sz w:val="28"/>
          <w:szCs w:val="28"/>
          <w:lang w:val="ru-RU"/>
        </w:rPr>
        <w:t>ЖСК «Вильнюс» имеет круглую печать, содержащую его полное наименование (на русском языке) и месторасположение.</w:t>
      </w:r>
    </w:p>
    <w:p w14:paraId="798C02B8"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ЖСК «Вильнюс» вправе иметь штампы и бланки со своим наименованием.</w:t>
      </w:r>
    </w:p>
    <w:p w14:paraId="0B5143E9" w14:textId="1E3EC233" w:rsidR="00452B5E" w:rsidRPr="00D85610" w:rsidRDefault="006456DB" w:rsidP="00D85610">
      <w:pPr>
        <w:spacing w:line="276" w:lineRule="auto"/>
        <w:ind w:firstLine="709"/>
        <w:jc w:val="both"/>
        <w:rPr>
          <w:sz w:val="28"/>
          <w:szCs w:val="28"/>
          <w:lang w:val="ru-RU"/>
        </w:rPr>
      </w:pPr>
      <w:r>
        <w:rPr>
          <w:sz w:val="28"/>
          <w:szCs w:val="28"/>
          <w:lang w:val="ru-RU"/>
        </w:rPr>
        <w:t xml:space="preserve">1.6. </w:t>
      </w:r>
      <w:r w:rsidR="00F24C46" w:rsidRPr="00D85610">
        <w:rPr>
          <w:sz w:val="28"/>
          <w:szCs w:val="28"/>
          <w:lang w:val="ru-RU"/>
        </w:rPr>
        <w:t>ЖСК «Вильнюс» вправе в установленном законом порядке открывать в банках на территории Российской Федерации счета, необходимые для осуществления уставной деятельности.</w:t>
      </w:r>
    </w:p>
    <w:p w14:paraId="47A6E6E2" w14:textId="76FAF3EA" w:rsidR="00452B5E" w:rsidRPr="00D85610" w:rsidRDefault="006456DB" w:rsidP="00D85610">
      <w:pPr>
        <w:spacing w:line="276" w:lineRule="auto"/>
        <w:ind w:firstLine="709"/>
        <w:jc w:val="both"/>
        <w:rPr>
          <w:sz w:val="28"/>
          <w:szCs w:val="28"/>
          <w:lang w:val="ru-RU"/>
        </w:rPr>
      </w:pPr>
      <w:r>
        <w:rPr>
          <w:sz w:val="28"/>
          <w:szCs w:val="28"/>
          <w:lang w:val="ru-RU"/>
        </w:rPr>
        <w:lastRenderedPageBreak/>
        <w:t xml:space="preserve">1.7. </w:t>
      </w:r>
      <w:r w:rsidR="00F24C46" w:rsidRPr="00D85610">
        <w:rPr>
          <w:sz w:val="28"/>
          <w:szCs w:val="28"/>
          <w:lang w:val="ru-RU"/>
        </w:rPr>
        <w:t>ЖСК «Вильнюс» отвечает по своим обязательствам всем принадлежащим ему имуществом, но не отвечает по обязательствам своих членов. Таким же образом, члены ЖСК «Вильнюс» не отвечают по обязательствам ЖСК «Вильнюс», за исключением противоправных действий, совершённых членом ЖСК «Вильнюс» или членами его семьи, иными лицами, занимающими его жилое помещение по договору аренды, приведших к ответственности ЖСК «Вильнюс» перед третьими лицами.</w:t>
      </w:r>
    </w:p>
    <w:p w14:paraId="68F45081" w14:textId="46C8CAD0" w:rsidR="00452B5E" w:rsidRPr="00D85610" w:rsidRDefault="006456DB" w:rsidP="00D85610">
      <w:pPr>
        <w:spacing w:line="276" w:lineRule="auto"/>
        <w:ind w:firstLine="709"/>
        <w:jc w:val="both"/>
        <w:rPr>
          <w:sz w:val="28"/>
          <w:szCs w:val="28"/>
          <w:lang w:val="ru-RU"/>
        </w:rPr>
      </w:pPr>
      <w:r>
        <w:rPr>
          <w:sz w:val="28"/>
          <w:szCs w:val="28"/>
          <w:lang w:val="ru-RU"/>
        </w:rPr>
        <w:t xml:space="preserve">1.8. </w:t>
      </w:r>
      <w:r w:rsidR="00D85610" w:rsidRPr="00D85610">
        <w:rPr>
          <w:sz w:val="28"/>
          <w:szCs w:val="28"/>
          <w:lang w:val="ru-RU"/>
        </w:rPr>
        <w:t>Т</w:t>
      </w:r>
      <w:r w:rsidR="00F24C46" w:rsidRPr="00D85610">
        <w:rPr>
          <w:sz w:val="28"/>
          <w:szCs w:val="28"/>
          <w:lang w:val="ru-RU"/>
        </w:rPr>
        <w:t>ребования Устава обязательны для исполнения всеми членами ЖСК «Вильнюс». Правосубъектность (правомочия и обязанности) ЖСК «Вильнюс», как юридического лица, реализуются его органами управления в пределах компетенции, установленной настоящим Уставом.</w:t>
      </w:r>
    </w:p>
    <w:p w14:paraId="7FC14DFC" w14:textId="65CEA8EA" w:rsidR="00452B5E" w:rsidRPr="00D85610" w:rsidRDefault="006456DB" w:rsidP="00D85610">
      <w:pPr>
        <w:spacing w:line="276" w:lineRule="auto"/>
        <w:ind w:firstLine="709"/>
        <w:jc w:val="both"/>
        <w:rPr>
          <w:sz w:val="28"/>
          <w:szCs w:val="28"/>
          <w:lang w:val="ru-RU"/>
        </w:rPr>
      </w:pPr>
      <w:r>
        <w:rPr>
          <w:sz w:val="28"/>
          <w:szCs w:val="28"/>
          <w:lang w:val="ru-RU"/>
        </w:rPr>
        <w:t xml:space="preserve">1.9. </w:t>
      </w:r>
      <w:r w:rsidR="00F24C46" w:rsidRPr="00D85610">
        <w:rPr>
          <w:sz w:val="28"/>
          <w:szCs w:val="28"/>
          <w:lang w:val="ru-RU"/>
        </w:rPr>
        <w:t>Настоящий Устав вступает в силу с момента его государственной регистрации в установленном порядке.</w:t>
      </w:r>
    </w:p>
    <w:p w14:paraId="35D9B6AE" w14:textId="77777777" w:rsidR="00452B5E" w:rsidRPr="00D85610" w:rsidRDefault="00F24C46" w:rsidP="00D85610">
      <w:pPr>
        <w:spacing w:before="240" w:line="276" w:lineRule="auto"/>
        <w:jc w:val="center"/>
        <w:rPr>
          <w:lang w:val="ru-RU"/>
        </w:rPr>
      </w:pPr>
      <w:r w:rsidRPr="00D85610">
        <w:rPr>
          <w:b/>
          <w:lang w:val="ru-RU"/>
        </w:rPr>
        <w:t>2. ЦЕЛЬ И ВИДЫ ДЕЯТЕЛЬНОСТИ</w:t>
      </w:r>
    </w:p>
    <w:p w14:paraId="7C420E0B" w14:textId="30566BB5" w:rsidR="00452B5E" w:rsidRPr="00D85610" w:rsidRDefault="006456DB" w:rsidP="00D85610">
      <w:pPr>
        <w:spacing w:line="276" w:lineRule="auto"/>
        <w:jc w:val="both"/>
        <w:rPr>
          <w:sz w:val="28"/>
          <w:szCs w:val="28"/>
          <w:lang w:val="ru-RU"/>
        </w:rPr>
      </w:pPr>
      <w:r>
        <w:rPr>
          <w:sz w:val="28"/>
          <w:szCs w:val="28"/>
          <w:lang w:val="ru-RU"/>
        </w:rPr>
        <w:t xml:space="preserve">           </w:t>
      </w:r>
      <w:r w:rsidR="00D85610" w:rsidRPr="00D85610">
        <w:rPr>
          <w:sz w:val="28"/>
          <w:szCs w:val="28"/>
          <w:lang w:val="ru-RU"/>
        </w:rPr>
        <w:t xml:space="preserve">2.1. </w:t>
      </w:r>
      <w:r w:rsidR="00F24C46" w:rsidRPr="00D85610">
        <w:rPr>
          <w:sz w:val="28"/>
          <w:szCs w:val="28"/>
          <w:lang w:val="ru-RU"/>
        </w:rPr>
        <w:t>ЖСК «Вильнюс» действует как добровольное объединение граждан на основе членства в целях удовлетворения потребностей граждан в жилье, а также управления эксплуатацией жилого и нежилого фонда многоквартирных домов (корпусов), входящих в ЖСК «Вильнюс». ЖСК «Вильнюс» является управляющей организацией, имеющей свидетельство о внесении в Единый реестр управления многоквартирными домами города Москвы.</w:t>
      </w:r>
    </w:p>
    <w:p w14:paraId="0D21BE3A" w14:textId="3656D397" w:rsidR="00452B5E" w:rsidRPr="00D85610" w:rsidRDefault="006456DB" w:rsidP="00D85610">
      <w:pPr>
        <w:spacing w:line="276" w:lineRule="auto"/>
        <w:jc w:val="both"/>
        <w:rPr>
          <w:sz w:val="28"/>
          <w:szCs w:val="28"/>
          <w:lang w:val="ru-RU"/>
        </w:rPr>
      </w:pPr>
      <w:r>
        <w:rPr>
          <w:sz w:val="28"/>
          <w:szCs w:val="28"/>
          <w:lang w:val="ru-RU"/>
        </w:rPr>
        <w:t xml:space="preserve">          </w:t>
      </w:r>
      <w:r w:rsidR="00D85610" w:rsidRPr="00D85610">
        <w:rPr>
          <w:sz w:val="28"/>
          <w:szCs w:val="28"/>
          <w:lang w:val="ru-RU"/>
        </w:rPr>
        <w:t xml:space="preserve">2.2. </w:t>
      </w:r>
      <w:r w:rsidR="00F24C46" w:rsidRPr="00D85610">
        <w:rPr>
          <w:sz w:val="28"/>
          <w:szCs w:val="28"/>
          <w:lang w:val="ru-RU"/>
        </w:rPr>
        <w:t>Для достижения уставных целей ЖСК «Вильнюс» осуществляет следующие виды деятельности:</w:t>
      </w:r>
    </w:p>
    <w:p w14:paraId="628B5EDB" w14:textId="1D205468"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 xml:space="preserve">обеспечивает надлежащее санитарное, противопожарное и техническое состояние </w:t>
      </w:r>
      <w:r w:rsidR="00060EC6" w:rsidRPr="00060EC6">
        <w:rPr>
          <w:sz w:val="28"/>
          <w:szCs w:val="28"/>
          <w:highlight w:val="lightGray"/>
          <w:lang w:val="ru-RU"/>
        </w:rPr>
        <w:t>общего имущества</w:t>
      </w:r>
      <w:r w:rsidR="00060EC6">
        <w:rPr>
          <w:sz w:val="28"/>
          <w:szCs w:val="28"/>
          <w:lang w:val="ru-RU"/>
        </w:rPr>
        <w:t xml:space="preserve"> </w:t>
      </w:r>
      <w:r w:rsidRPr="00D85610">
        <w:rPr>
          <w:sz w:val="28"/>
          <w:szCs w:val="28"/>
          <w:lang w:val="ru-RU"/>
        </w:rPr>
        <w:t>многоквартирных домов и придомовой территории;</w:t>
      </w:r>
    </w:p>
    <w:p w14:paraId="17C2E2B5" w14:textId="1273D62A"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 xml:space="preserve">проводит техническую инвентаризацию </w:t>
      </w:r>
      <w:r w:rsidR="00060EC6" w:rsidRPr="00060EC6">
        <w:rPr>
          <w:sz w:val="28"/>
          <w:szCs w:val="28"/>
          <w:highlight w:val="lightGray"/>
          <w:lang w:val="ru-RU"/>
        </w:rPr>
        <w:t>общего имущества</w:t>
      </w:r>
      <w:r w:rsidR="00060EC6">
        <w:rPr>
          <w:sz w:val="28"/>
          <w:szCs w:val="28"/>
          <w:lang w:val="ru-RU"/>
        </w:rPr>
        <w:t xml:space="preserve"> </w:t>
      </w:r>
      <w:r w:rsidRPr="00D85610">
        <w:rPr>
          <w:sz w:val="28"/>
          <w:szCs w:val="28"/>
          <w:lang w:val="ru-RU"/>
        </w:rPr>
        <w:t>многоквартирных домов;</w:t>
      </w:r>
    </w:p>
    <w:p w14:paraId="2A8009DB" w14:textId="19351AC1"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обеспечивает содержание и ремонт общего имущества;</w:t>
      </w:r>
    </w:p>
    <w:p w14:paraId="0D06D0B5" w14:textId="0AB16BB0"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обеспечивает проведение капитального ремонта;</w:t>
      </w:r>
    </w:p>
    <w:p w14:paraId="5981616E" w14:textId="32C89416"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обеспечивает предоставление коммунальных услуг (по тарифам, согласно Постановлению правительства</w:t>
      </w:r>
      <w:r w:rsidR="00060EC6">
        <w:rPr>
          <w:sz w:val="28"/>
          <w:szCs w:val="28"/>
          <w:lang w:val="ru-RU"/>
        </w:rPr>
        <w:t xml:space="preserve"> г.</w:t>
      </w:r>
      <w:r w:rsidRPr="00D85610">
        <w:rPr>
          <w:sz w:val="28"/>
          <w:szCs w:val="28"/>
          <w:lang w:val="ru-RU"/>
        </w:rPr>
        <w:t xml:space="preserve"> Москвы), и от своего имени заключает договоры с производителями (поставщиками) данных услуг, действуя при этом от имени и за счёт членов ЖСК «Вильнюс»;</w:t>
      </w:r>
    </w:p>
    <w:p w14:paraId="5383A335" w14:textId="73636779"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lastRenderedPageBreak/>
        <w:t>обеспечивает правила пользования жилыми помещениями, местами общего пользования и придомовой территорией;</w:t>
      </w:r>
    </w:p>
    <w:p w14:paraId="7C1917D2" w14:textId="69E12B80"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исполняет обязательства, принятые по договорам;</w:t>
      </w:r>
    </w:p>
    <w:p w14:paraId="69B3BEE2" w14:textId="2EAC75C8"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представляет и защищает права и общие интересы ЖСК «Вильнюс» в органах государственной власти и местного самоуправления, в судах, а также во взаимоотношениях с иными юридическими лицами и гражданами;</w:t>
      </w:r>
    </w:p>
    <w:p w14:paraId="2FAEDE03" w14:textId="1CEA9908" w:rsidR="00452B5E" w:rsidRPr="00D85610" w:rsidRDefault="00F24C46" w:rsidP="00D85610">
      <w:pPr>
        <w:pStyle w:val="ae"/>
        <w:numPr>
          <w:ilvl w:val="0"/>
          <w:numId w:val="10"/>
        </w:numPr>
        <w:spacing w:line="276" w:lineRule="auto"/>
        <w:jc w:val="both"/>
        <w:rPr>
          <w:sz w:val="28"/>
          <w:szCs w:val="28"/>
          <w:lang w:val="ru-RU"/>
        </w:rPr>
      </w:pPr>
      <w:r w:rsidRPr="00D85610">
        <w:rPr>
          <w:sz w:val="28"/>
          <w:szCs w:val="28"/>
          <w:lang w:val="ru-RU"/>
        </w:rPr>
        <w:t xml:space="preserve">обеспечивает благоприятные и безопасные условия проживания членов ЖСК «Вильнюс» и их семей, организует работу </w:t>
      </w:r>
      <w:proofErr w:type="spellStart"/>
      <w:r w:rsidR="0070767C" w:rsidRPr="00274D27">
        <w:rPr>
          <w:sz w:val="28"/>
          <w:szCs w:val="28"/>
          <w:highlight w:val="lightGray"/>
          <w:lang w:val="ru-RU"/>
        </w:rPr>
        <w:t>консъержей</w:t>
      </w:r>
      <w:proofErr w:type="spellEnd"/>
      <w:r w:rsidRPr="00D85610">
        <w:rPr>
          <w:sz w:val="28"/>
          <w:szCs w:val="28"/>
          <w:lang w:val="ru-RU"/>
        </w:rPr>
        <w:t xml:space="preserve"> в подъездах;</w:t>
      </w:r>
    </w:p>
    <w:p w14:paraId="7185C916" w14:textId="77777777" w:rsidR="005C2F24" w:rsidRDefault="00F24C46" w:rsidP="00D85610">
      <w:pPr>
        <w:pStyle w:val="ae"/>
        <w:numPr>
          <w:ilvl w:val="0"/>
          <w:numId w:val="10"/>
        </w:numPr>
        <w:spacing w:line="276" w:lineRule="auto"/>
        <w:jc w:val="both"/>
        <w:rPr>
          <w:sz w:val="28"/>
          <w:szCs w:val="28"/>
          <w:lang w:val="ru-RU"/>
        </w:rPr>
      </w:pPr>
      <w:r w:rsidRPr="00D85610">
        <w:rPr>
          <w:sz w:val="28"/>
          <w:szCs w:val="28"/>
          <w:lang w:val="ru-RU"/>
        </w:rPr>
        <w:t>по решению и на условиях, определённых Общим собранием, заключает договоры на установку и эксплуатацию рекламных конструкций на объектах, находящихся в общей собственности членов ЖСК «</w:t>
      </w:r>
    </w:p>
    <w:p w14:paraId="6287E0DF" w14:textId="367CEC66" w:rsidR="00452B5E" w:rsidRDefault="00F24C46" w:rsidP="00D85610">
      <w:pPr>
        <w:pStyle w:val="ae"/>
        <w:numPr>
          <w:ilvl w:val="0"/>
          <w:numId w:val="10"/>
        </w:numPr>
        <w:spacing w:line="276" w:lineRule="auto"/>
        <w:jc w:val="both"/>
        <w:rPr>
          <w:sz w:val="28"/>
          <w:szCs w:val="28"/>
          <w:lang w:val="ru-RU"/>
        </w:rPr>
      </w:pPr>
      <w:r w:rsidRPr="00D85610">
        <w:rPr>
          <w:sz w:val="28"/>
          <w:szCs w:val="28"/>
          <w:lang w:val="ru-RU"/>
        </w:rPr>
        <w:t>Вильнюс».</w:t>
      </w:r>
    </w:p>
    <w:p w14:paraId="3D6379EF" w14:textId="7605937C" w:rsidR="00FA279D" w:rsidRPr="003673A8" w:rsidRDefault="00FA279D" w:rsidP="003673A8">
      <w:pPr>
        <w:pStyle w:val="ae"/>
        <w:numPr>
          <w:ilvl w:val="0"/>
          <w:numId w:val="10"/>
        </w:numPr>
        <w:spacing w:line="276" w:lineRule="auto"/>
        <w:jc w:val="both"/>
        <w:rPr>
          <w:sz w:val="28"/>
          <w:szCs w:val="28"/>
          <w:lang w:val="ru-RU"/>
        </w:rPr>
      </w:pPr>
      <w:r>
        <w:rPr>
          <w:sz w:val="28"/>
          <w:szCs w:val="28"/>
          <w:lang w:val="ru-RU"/>
        </w:rPr>
        <w:t>заключает договоры со специализ</w:t>
      </w:r>
      <w:r w:rsidRPr="003673A8">
        <w:rPr>
          <w:sz w:val="28"/>
          <w:szCs w:val="28"/>
          <w:lang w:val="ru-RU"/>
        </w:rPr>
        <w:t>ированными, обслуживающими организациями.</w:t>
      </w:r>
    </w:p>
    <w:p w14:paraId="11CAA54E" w14:textId="3F011CF6" w:rsidR="00452B5E" w:rsidRPr="00D85610" w:rsidRDefault="00406FFA" w:rsidP="00D85610">
      <w:pPr>
        <w:spacing w:line="276" w:lineRule="auto"/>
        <w:jc w:val="both"/>
        <w:rPr>
          <w:sz w:val="28"/>
          <w:szCs w:val="28"/>
          <w:lang w:val="ru-RU"/>
        </w:rPr>
      </w:pPr>
      <w:r>
        <w:rPr>
          <w:sz w:val="28"/>
          <w:szCs w:val="28"/>
          <w:lang w:val="ru-RU"/>
        </w:rPr>
        <w:t xml:space="preserve">           </w:t>
      </w:r>
      <w:r w:rsidR="00D85610" w:rsidRPr="00D85610">
        <w:rPr>
          <w:sz w:val="28"/>
          <w:szCs w:val="28"/>
          <w:lang w:val="ru-RU"/>
        </w:rPr>
        <w:t xml:space="preserve">2.3. </w:t>
      </w:r>
      <w:r w:rsidR="00F24C46" w:rsidRPr="00D85610">
        <w:rPr>
          <w:sz w:val="28"/>
          <w:szCs w:val="28"/>
          <w:lang w:val="ru-RU"/>
        </w:rPr>
        <w:t>ЖСК «Вильнюс», кроме указанных в п. 2.2 видов деятельности, вправе оказывать своим членам консультационные и другие услуги, соответствующие целям деятельности ЖСК «Вильнюс» и не противоречащие законодательству Российской Федерации.</w:t>
      </w:r>
    </w:p>
    <w:p w14:paraId="317C9A9D" w14:textId="77777777" w:rsidR="00D85610" w:rsidRPr="00D85610" w:rsidRDefault="00D85610" w:rsidP="00D85610">
      <w:pPr>
        <w:spacing w:line="276" w:lineRule="auto"/>
        <w:jc w:val="both"/>
        <w:rPr>
          <w:lang w:val="ru-RU"/>
        </w:rPr>
      </w:pPr>
    </w:p>
    <w:p w14:paraId="26345018" w14:textId="77777777" w:rsidR="00452B5E" w:rsidRPr="00D85610" w:rsidRDefault="00F24C46" w:rsidP="00D85610">
      <w:pPr>
        <w:spacing w:before="240" w:line="276" w:lineRule="auto"/>
        <w:jc w:val="center"/>
        <w:rPr>
          <w:lang w:val="ru-RU"/>
        </w:rPr>
      </w:pPr>
      <w:r w:rsidRPr="00D85610">
        <w:rPr>
          <w:b/>
          <w:lang w:val="ru-RU"/>
        </w:rPr>
        <w:t>3. ПОРЯДОК ВСТУПЛЕНИЯ В ЧЛЕНЫ ЖСК «ВИЛЬНЮС»</w:t>
      </w:r>
    </w:p>
    <w:p w14:paraId="3FF16962" w14:textId="3014CABA"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3.1. </w:t>
      </w:r>
      <w:r w:rsidR="00F24C46" w:rsidRPr="00D85610">
        <w:rPr>
          <w:sz w:val="28"/>
          <w:szCs w:val="28"/>
          <w:lang w:val="ru-RU"/>
        </w:rPr>
        <w:t>Право на вступление в ЖСК «Вильнюс» имеют граждане, достигшие возраста шестнадцати лет.</w:t>
      </w:r>
    </w:p>
    <w:p w14:paraId="2B64A513" w14:textId="4BF208D7"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3.2. </w:t>
      </w:r>
      <w:r w:rsidR="00F24C46" w:rsidRPr="00D85610">
        <w:rPr>
          <w:sz w:val="28"/>
          <w:szCs w:val="28"/>
          <w:lang w:val="ru-RU"/>
        </w:rPr>
        <w:t>Лицо, приобретшее в собственность жилую площадь в ЖСК «Вильнюс» в соответствии с законодательством Российской Федерации по договорам: купли-продажи (ст. 558 ГК РФ), мены (ст. 567 ГК РФ), дарения (ст. 572 ГК РФ), а также по наследованию (</w:t>
      </w:r>
      <w:proofErr w:type="spellStart"/>
      <w:r w:rsidR="00F24C46" w:rsidRPr="00D85610">
        <w:rPr>
          <w:sz w:val="28"/>
          <w:szCs w:val="28"/>
          <w:lang w:val="ru-RU"/>
        </w:rPr>
        <w:t>ст.ст</w:t>
      </w:r>
      <w:proofErr w:type="spellEnd"/>
      <w:r w:rsidR="00F24C46" w:rsidRPr="00D85610">
        <w:rPr>
          <w:sz w:val="28"/>
          <w:szCs w:val="28"/>
          <w:lang w:val="ru-RU"/>
        </w:rPr>
        <w:t>. 1110, 1118 и 1141 ГК РФ), вступает в члены ЖСК «Вильнюс», подавая заявление в письменной форме о приёме на имя председателя правления, в котором необходимо указать следующие сведения:</w:t>
      </w:r>
    </w:p>
    <w:p w14:paraId="4F1DA6E3" w14:textId="1E7C6065" w:rsidR="00452B5E" w:rsidRPr="00D85610" w:rsidRDefault="00F24C46" w:rsidP="00D85610">
      <w:pPr>
        <w:pStyle w:val="ae"/>
        <w:numPr>
          <w:ilvl w:val="0"/>
          <w:numId w:val="11"/>
        </w:numPr>
        <w:spacing w:line="276" w:lineRule="auto"/>
        <w:jc w:val="both"/>
        <w:rPr>
          <w:sz w:val="28"/>
          <w:szCs w:val="28"/>
          <w:lang w:val="ru-RU"/>
        </w:rPr>
      </w:pPr>
      <w:r w:rsidRPr="00D85610">
        <w:rPr>
          <w:sz w:val="28"/>
          <w:szCs w:val="28"/>
          <w:lang w:val="ru-RU"/>
        </w:rPr>
        <w:t>фамилия, имя, отчество;</w:t>
      </w:r>
    </w:p>
    <w:p w14:paraId="3F983C44" w14:textId="79055B15" w:rsidR="00452B5E" w:rsidRDefault="00F24C46" w:rsidP="00D85610">
      <w:pPr>
        <w:pStyle w:val="ae"/>
        <w:numPr>
          <w:ilvl w:val="0"/>
          <w:numId w:val="11"/>
        </w:numPr>
        <w:spacing w:line="276" w:lineRule="auto"/>
        <w:jc w:val="both"/>
        <w:rPr>
          <w:sz w:val="28"/>
          <w:szCs w:val="28"/>
          <w:lang w:val="ru-RU"/>
        </w:rPr>
      </w:pPr>
      <w:r w:rsidRPr="00D85610">
        <w:rPr>
          <w:sz w:val="28"/>
          <w:szCs w:val="28"/>
          <w:lang w:val="ru-RU"/>
        </w:rPr>
        <w:t>паспортные данные;</w:t>
      </w:r>
    </w:p>
    <w:p w14:paraId="0A5CBB92" w14:textId="3C993BFE" w:rsidR="00096984" w:rsidRPr="00D85610" w:rsidRDefault="00096984" w:rsidP="00D85610">
      <w:pPr>
        <w:pStyle w:val="ae"/>
        <w:numPr>
          <w:ilvl w:val="0"/>
          <w:numId w:val="11"/>
        </w:numPr>
        <w:spacing w:line="276" w:lineRule="auto"/>
        <w:jc w:val="both"/>
        <w:rPr>
          <w:sz w:val="28"/>
          <w:szCs w:val="28"/>
          <w:lang w:val="ru-RU"/>
        </w:rPr>
      </w:pPr>
      <w:r w:rsidRPr="00060EC6">
        <w:rPr>
          <w:sz w:val="28"/>
          <w:szCs w:val="28"/>
          <w:highlight w:val="lightGray"/>
          <w:lang w:val="ru-RU"/>
        </w:rPr>
        <w:t>СНИЛС</w:t>
      </w:r>
      <w:r>
        <w:rPr>
          <w:sz w:val="28"/>
          <w:szCs w:val="28"/>
        </w:rPr>
        <w:t>;</w:t>
      </w:r>
    </w:p>
    <w:p w14:paraId="4E4CC276" w14:textId="32F46C40" w:rsidR="00452B5E" w:rsidRPr="00D85610" w:rsidRDefault="00F24C46" w:rsidP="00D85610">
      <w:pPr>
        <w:pStyle w:val="ae"/>
        <w:numPr>
          <w:ilvl w:val="0"/>
          <w:numId w:val="11"/>
        </w:numPr>
        <w:spacing w:line="276" w:lineRule="auto"/>
        <w:jc w:val="both"/>
        <w:rPr>
          <w:sz w:val="28"/>
          <w:szCs w:val="28"/>
          <w:lang w:val="ru-RU"/>
        </w:rPr>
      </w:pPr>
      <w:r w:rsidRPr="00D85610">
        <w:rPr>
          <w:sz w:val="28"/>
          <w:szCs w:val="28"/>
          <w:lang w:val="ru-RU"/>
        </w:rPr>
        <w:t>почтовый адрес, номера телефонов, адрес электронной почты (при наличии).</w:t>
      </w:r>
    </w:p>
    <w:p w14:paraId="71CD06D3" w14:textId="7612C872" w:rsidR="00452B5E" w:rsidRPr="00D85610" w:rsidRDefault="00406FFA" w:rsidP="00D85610">
      <w:pPr>
        <w:spacing w:line="276" w:lineRule="auto"/>
        <w:jc w:val="both"/>
        <w:rPr>
          <w:sz w:val="28"/>
          <w:szCs w:val="28"/>
          <w:lang w:val="ru-RU"/>
        </w:rPr>
      </w:pPr>
      <w:r>
        <w:rPr>
          <w:sz w:val="28"/>
          <w:szCs w:val="28"/>
          <w:lang w:val="ru-RU"/>
        </w:rPr>
        <w:lastRenderedPageBreak/>
        <w:t xml:space="preserve">          </w:t>
      </w:r>
      <w:r w:rsidR="00D85610">
        <w:rPr>
          <w:sz w:val="28"/>
          <w:szCs w:val="28"/>
          <w:lang w:val="ru-RU"/>
        </w:rPr>
        <w:t xml:space="preserve">3.3. </w:t>
      </w:r>
      <w:r w:rsidR="00F24C46" w:rsidRPr="00D85610">
        <w:rPr>
          <w:sz w:val="28"/>
          <w:szCs w:val="28"/>
          <w:lang w:val="ru-RU"/>
        </w:rPr>
        <w:t>Заявление о приёме в члены ЖСК «Вильнюс» рассматривается Правлением в течение месяца с последующим принятием решения на очередном Общем собрании членов ЖСК «Вильнюс».</w:t>
      </w:r>
    </w:p>
    <w:p w14:paraId="618BC450" w14:textId="0CACE9B8"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3.4. </w:t>
      </w:r>
      <w:r w:rsidR="00F24C46" w:rsidRPr="00D85610">
        <w:rPr>
          <w:sz w:val="28"/>
          <w:szCs w:val="28"/>
          <w:lang w:val="ru-RU"/>
        </w:rPr>
        <w:t>Собственник признаётся членом ЖСК «Вильнюс» с момента уплаты вступительного взноса и после утверждения решения о приёме в члены ЖСК «Вильнюс» Общим собранием.</w:t>
      </w:r>
    </w:p>
    <w:p w14:paraId="49F70E0C" w14:textId="77777777" w:rsidR="00452B5E" w:rsidRPr="00D85610" w:rsidRDefault="00F24C46" w:rsidP="00D85610">
      <w:pPr>
        <w:spacing w:line="276" w:lineRule="auto"/>
        <w:jc w:val="both"/>
        <w:rPr>
          <w:sz w:val="28"/>
          <w:szCs w:val="28"/>
          <w:lang w:val="ru-RU"/>
        </w:rPr>
      </w:pPr>
      <w:r w:rsidRPr="00D85610">
        <w:rPr>
          <w:sz w:val="28"/>
          <w:szCs w:val="28"/>
          <w:lang w:val="ru-RU"/>
        </w:rPr>
        <w:t>Размер вступительного взноса устанавливается Общим собранием членов ЖСК «Вильнюс».</w:t>
      </w:r>
    </w:p>
    <w:p w14:paraId="25E2CC29" w14:textId="664718EA"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3.5. </w:t>
      </w:r>
      <w:r w:rsidR="00F24C46" w:rsidRPr="00D85610">
        <w:rPr>
          <w:sz w:val="28"/>
          <w:szCs w:val="28"/>
          <w:lang w:val="ru-RU"/>
        </w:rPr>
        <w:t>Собственник обладает правом голоса с момента вступления в члены ЖСК «Вильнюс».</w:t>
      </w:r>
    </w:p>
    <w:p w14:paraId="08BF06A8" w14:textId="125DFEF7"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3.6. </w:t>
      </w:r>
      <w:r w:rsidR="00F24C46" w:rsidRPr="00D85610">
        <w:rPr>
          <w:sz w:val="28"/>
          <w:szCs w:val="28"/>
          <w:lang w:val="ru-RU"/>
        </w:rPr>
        <w:t>Член ЖСК «Вильнюс» обязан своевременно информировать Правление ЖСК «Вильнюс» об изменении сведений, предусмотренных п. 3.2. В случае непредоставления членом ЖСК «Вильнюс» такой информации он несёт ответственность за возникшие убытки.</w:t>
      </w:r>
    </w:p>
    <w:p w14:paraId="236F12A1" w14:textId="77777777" w:rsidR="00452B5E" w:rsidRPr="00D85610" w:rsidRDefault="00F24C46" w:rsidP="00D85610">
      <w:pPr>
        <w:spacing w:before="240" w:line="276" w:lineRule="auto"/>
        <w:jc w:val="center"/>
        <w:rPr>
          <w:sz w:val="28"/>
          <w:szCs w:val="28"/>
          <w:lang w:val="ru-RU"/>
        </w:rPr>
      </w:pPr>
      <w:r w:rsidRPr="00D85610">
        <w:rPr>
          <w:b/>
          <w:sz w:val="28"/>
          <w:szCs w:val="28"/>
          <w:lang w:val="ru-RU"/>
        </w:rPr>
        <w:t>4. ПОРЯДОК ВЫХОДА ИЗ ЖСК «ВИЛЬНЮС»</w:t>
      </w:r>
    </w:p>
    <w:p w14:paraId="772A7BC8" w14:textId="48C80766"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4.1. </w:t>
      </w:r>
      <w:r w:rsidR="00F24C46" w:rsidRPr="00D85610">
        <w:rPr>
          <w:sz w:val="28"/>
          <w:szCs w:val="28"/>
          <w:lang w:val="ru-RU"/>
        </w:rPr>
        <w:t>Членство в ЖСК «Вильнюс» прекращается в случаях:</w:t>
      </w:r>
    </w:p>
    <w:p w14:paraId="33DBAAEF" w14:textId="6BD23BDB" w:rsidR="00452B5E" w:rsidRPr="00D85610" w:rsidRDefault="00F24C46" w:rsidP="00D85610">
      <w:pPr>
        <w:pStyle w:val="ae"/>
        <w:numPr>
          <w:ilvl w:val="0"/>
          <w:numId w:val="12"/>
        </w:numPr>
        <w:spacing w:line="276" w:lineRule="auto"/>
        <w:jc w:val="both"/>
        <w:rPr>
          <w:sz w:val="28"/>
          <w:szCs w:val="28"/>
          <w:lang w:val="ru-RU"/>
        </w:rPr>
      </w:pPr>
      <w:r w:rsidRPr="00D85610">
        <w:rPr>
          <w:sz w:val="28"/>
          <w:szCs w:val="28"/>
          <w:lang w:val="ru-RU"/>
        </w:rPr>
        <w:t>добровольного выхода члена ЖСК «Вильнюс»;</w:t>
      </w:r>
    </w:p>
    <w:p w14:paraId="0D394F4B" w14:textId="62D5C1D4" w:rsidR="00452B5E" w:rsidRDefault="00F24C46" w:rsidP="00D85610">
      <w:pPr>
        <w:pStyle w:val="ae"/>
        <w:numPr>
          <w:ilvl w:val="0"/>
          <w:numId w:val="12"/>
        </w:numPr>
        <w:spacing w:line="276" w:lineRule="auto"/>
        <w:jc w:val="both"/>
        <w:rPr>
          <w:sz w:val="28"/>
          <w:szCs w:val="28"/>
          <w:lang w:val="ru-RU"/>
        </w:rPr>
      </w:pPr>
      <w:r w:rsidRPr="00D85610">
        <w:rPr>
          <w:sz w:val="28"/>
          <w:szCs w:val="28"/>
          <w:lang w:val="ru-RU"/>
        </w:rPr>
        <w:t>смерти гражданина, являющегося членом ЖСК «Вильнюс», либо объявления его умершим в установленном порядке (ст. 45 ГК РФ);</w:t>
      </w:r>
    </w:p>
    <w:p w14:paraId="3D79C9CB" w14:textId="568BC25E" w:rsidR="00060EC6" w:rsidRPr="00060EC6" w:rsidRDefault="00060EC6" w:rsidP="00D85610">
      <w:pPr>
        <w:pStyle w:val="ae"/>
        <w:numPr>
          <w:ilvl w:val="0"/>
          <w:numId w:val="12"/>
        </w:numPr>
        <w:spacing w:line="276" w:lineRule="auto"/>
        <w:jc w:val="both"/>
        <w:rPr>
          <w:sz w:val="28"/>
          <w:szCs w:val="28"/>
          <w:highlight w:val="lightGray"/>
          <w:lang w:val="ru-RU"/>
        </w:rPr>
      </w:pPr>
      <w:r w:rsidRPr="00060EC6">
        <w:rPr>
          <w:sz w:val="28"/>
          <w:szCs w:val="28"/>
          <w:highlight w:val="lightGray"/>
          <w:lang w:val="ru-RU"/>
        </w:rPr>
        <w:t>отчуждения объекта собственности;</w:t>
      </w:r>
    </w:p>
    <w:p w14:paraId="6AA3BA20" w14:textId="5280622C" w:rsidR="00452B5E" w:rsidRPr="00D85610" w:rsidRDefault="00F24C46" w:rsidP="00D85610">
      <w:pPr>
        <w:pStyle w:val="ae"/>
        <w:numPr>
          <w:ilvl w:val="0"/>
          <w:numId w:val="12"/>
        </w:numPr>
        <w:spacing w:line="276" w:lineRule="auto"/>
        <w:jc w:val="both"/>
        <w:rPr>
          <w:sz w:val="28"/>
          <w:szCs w:val="28"/>
          <w:lang w:val="ru-RU"/>
        </w:rPr>
      </w:pPr>
      <w:r w:rsidRPr="00D85610">
        <w:rPr>
          <w:sz w:val="28"/>
          <w:szCs w:val="28"/>
          <w:lang w:val="ru-RU"/>
        </w:rPr>
        <w:t>ликвидации ЖСК «Вильнюс».</w:t>
      </w:r>
    </w:p>
    <w:p w14:paraId="26283B36" w14:textId="368BC822"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4.2. </w:t>
      </w:r>
      <w:r w:rsidR="00F24C46" w:rsidRPr="00A65C42">
        <w:rPr>
          <w:sz w:val="28"/>
          <w:szCs w:val="28"/>
          <w:highlight w:val="lightGray"/>
          <w:lang w:val="ru-RU"/>
        </w:rPr>
        <w:t>Заявление о добровольном выходе из ЖСК «Вильнюс</w:t>
      </w:r>
      <w:r w:rsidR="00F24C46" w:rsidRPr="00D85610">
        <w:rPr>
          <w:sz w:val="28"/>
          <w:szCs w:val="28"/>
          <w:lang w:val="ru-RU"/>
        </w:rPr>
        <w:t>» рассматривается в порядке, установленном решением Общего собрания членов ЖСК «Вильнюс».</w:t>
      </w:r>
    </w:p>
    <w:p w14:paraId="70745B6F" w14:textId="77777777" w:rsidR="00452B5E" w:rsidRPr="00D85610" w:rsidRDefault="00F24C46" w:rsidP="00D85610">
      <w:pPr>
        <w:spacing w:line="276" w:lineRule="auto"/>
        <w:jc w:val="both"/>
        <w:rPr>
          <w:sz w:val="28"/>
          <w:szCs w:val="28"/>
          <w:lang w:val="ru-RU"/>
        </w:rPr>
      </w:pPr>
      <w:r w:rsidRPr="00D85610">
        <w:rPr>
          <w:sz w:val="28"/>
          <w:szCs w:val="28"/>
          <w:lang w:val="ru-RU"/>
        </w:rPr>
        <w:t>Продажа членом ЖСК «Вильнюс» своей доли (квартиры) в общей собственности может быть осуществлена с соблюдением положений, содержащихся в статье 250 ГК РФ (Преимущественное право покупки).</w:t>
      </w:r>
    </w:p>
    <w:p w14:paraId="3AE4A2D7" w14:textId="5C6AF150"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4.3. </w:t>
      </w:r>
      <w:r w:rsidR="00F24C46" w:rsidRPr="00D85610">
        <w:rPr>
          <w:sz w:val="28"/>
          <w:szCs w:val="28"/>
          <w:lang w:val="ru-RU"/>
        </w:rPr>
        <w:t>В случае смерти члена ЖСК «Вильнюс» его наследники имеют право вступления в члены ЖСК «Вильнюс» по решению Общего собрания при условии предоставления ими необходимых правоустанавливающих документов.</w:t>
      </w:r>
    </w:p>
    <w:p w14:paraId="7047F323" w14:textId="2150A341"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4.4. </w:t>
      </w:r>
      <w:r w:rsidR="00F24C46" w:rsidRPr="00D85610">
        <w:rPr>
          <w:sz w:val="28"/>
          <w:szCs w:val="28"/>
          <w:lang w:val="ru-RU"/>
        </w:rPr>
        <w:t>В случае смерти члена ЖСК «Вильнюс» преимущественное право вступления в члены ЖСК «Вильнюс» имеет его (её) супруг(а) при условии, что этот(а) супруг(а) имеет право на часть жилого помещения.</w:t>
      </w:r>
    </w:p>
    <w:p w14:paraId="1347682C" w14:textId="47677674" w:rsidR="00452B5E" w:rsidRPr="00D85610" w:rsidRDefault="00406FFA" w:rsidP="00D85610">
      <w:pPr>
        <w:spacing w:line="276" w:lineRule="auto"/>
        <w:jc w:val="both"/>
        <w:rPr>
          <w:sz w:val="28"/>
          <w:szCs w:val="28"/>
          <w:lang w:val="ru-RU"/>
        </w:rPr>
      </w:pPr>
      <w:r>
        <w:rPr>
          <w:sz w:val="28"/>
          <w:szCs w:val="28"/>
          <w:lang w:val="ru-RU"/>
        </w:rPr>
        <w:lastRenderedPageBreak/>
        <w:t xml:space="preserve">        </w:t>
      </w:r>
      <w:r w:rsidR="00D85610">
        <w:rPr>
          <w:sz w:val="28"/>
          <w:szCs w:val="28"/>
          <w:lang w:val="ru-RU"/>
        </w:rPr>
        <w:t xml:space="preserve">4.5. </w:t>
      </w:r>
      <w:r w:rsidR="00F24C46" w:rsidRPr="00D85610">
        <w:rPr>
          <w:sz w:val="28"/>
          <w:szCs w:val="28"/>
          <w:lang w:val="ru-RU"/>
        </w:rPr>
        <w:t>Наследник члена ЖСК «Вильнюс», имеющий право на часть жилого помещения и проживающий совместно с наследодателем, имеет преимущественное право вступления в члены ЖСК «Вильнюс» в случае, если у супруга(и) наследодателя такое право отсутствует или супруг(а) отказался(ась) от вступления в члены ЖСК «Вильнюс».</w:t>
      </w:r>
    </w:p>
    <w:p w14:paraId="35742D89" w14:textId="2F690AF2"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4.6. </w:t>
      </w:r>
      <w:r w:rsidR="00F24C46" w:rsidRPr="00D85610">
        <w:rPr>
          <w:sz w:val="28"/>
          <w:szCs w:val="28"/>
          <w:lang w:val="ru-RU"/>
        </w:rPr>
        <w:t>Наследник члена ЖСК «Вильнюс», не проживающий совместно с наследодателем, имеет преимущественное право вступления в члены ЖСК «Вильнюс» в случае, если лица, указанные в пунктах 4.4, 4.5, отсутствуют или отказались от своего преимущественного права вступления в члены ЖСК «Вильнюс».</w:t>
      </w:r>
    </w:p>
    <w:p w14:paraId="4503BA89" w14:textId="5947B7F5"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4.7. </w:t>
      </w:r>
      <w:r w:rsidR="00F24C46" w:rsidRPr="00D85610">
        <w:rPr>
          <w:sz w:val="28"/>
          <w:szCs w:val="28"/>
          <w:lang w:val="ru-RU"/>
        </w:rPr>
        <w:t>Наследник, вступающий в члены ЖСК «Вильнюс», освобождается от уплаты вступительного взноса при условии, если вступительный взнос наследодателем был оплачен в полном объёме.</w:t>
      </w:r>
    </w:p>
    <w:p w14:paraId="3B17E479" w14:textId="69F4B4A5" w:rsidR="00452B5E" w:rsidRPr="00D85610" w:rsidRDefault="003F361E"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До момента подачи заявления о вступлении в члены ЖСК «Вильнюс» наследник обязан оплатить всю имеющуюся задолженность по коммунальным платежам и другим взносам, если таковая имеется.</w:t>
      </w:r>
    </w:p>
    <w:p w14:paraId="1EA4D378" w14:textId="77777777" w:rsidR="00452B5E" w:rsidRPr="00D85610" w:rsidRDefault="00F24C46" w:rsidP="00D85610">
      <w:pPr>
        <w:spacing w:before="240" w:line="276" w:lineRule="auto"/>
        <w:jc w:val="center"/>
        <w:rPr>
          <w:sz w:val="28"/>
          <w:szCs w:val="28"/>
          <w:lang w:val="ru-RU"/>
        </w:rPr>
      </w:pPr>
      <w:r w:rsidRPr="00D85610">
        <w:rPr>
          <w:b/>
          <w:sz w:val="28"/>
          <w:szCs w:val="28"/>
          <w:lang w:val="ru-RU"/>
        </w:rPr>
        <w:t>5. ПРАВО СОБСТВЕННОСТИ НА ЖИЛЫЕ ПОМЕЩЕНИЯ И ОБЩЕЕ ИМУЩЕСТВО</w:t>
      </w:r>
    </w:p>
    <w:p w14:paraId="34517072" w14:textId="64F36F6F"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5.1. </w:t>
      </w:r>
      <w:r w:rsidR="00F24C46" w:rsidRPr="00D85610">
        <w:rPr>
          <w:sz w:val="28"/>
          <w:szCs w:val="28"/>
          <w:lang w:val="ru-RU"/>
        </w:rPr>
        <w:t>Объектами собственности членов ЖСК «Вильнюс» являются жилые помещения (квартиры), а также имущество, находящееся в их общей долевой собственности.</w:t>
      </w:r>
    </w:p>
    <w:p w14:paraId="335394B0" w14:textId="10B621F1"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5.2. </w:t>
      </w:r>
      <w:r w:rsidR="00F24C46" w:rsidRPr="00D85610">
        <w:rPr>
          <w:sz w:val="28"/>
          <w:szCs w:val="28"/>
          <w:lang w:val="ru-RU"/>
        </w:rPr>
        <w:t xml:space="preserve">Собственником жилого помещения в ЖСК «Вильнюс» может быть физическое </w:t>
      </w:r>
      <w:r w:rsidR="00DF1F63">
        <w:rPr>
          <w:sz w:val="28"/>
          <w:szCs w:val="28"/>
          <w:lang w:val="ru-RU"/>
        </w:rPr>
        <w:t xml:space="preserve">или юридическое </w:t>
      </w:r>
      <w:r w:rsidR="00F24C46" w:rsidRPr="00D85610">
        <w:rPr>
          <w:sz w:val="28"/>
          <w:szCs w:val="28"/>
          <w:lang w:val="ru-RU"/>
        </w:rPr>
        <w:t>лицо.</w:t>
      </w:r>
    </w:p>
    <w:p w14:paraId="287C0486" w14:textId="2A22F218"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5.3. </w:t>
      </w:r>
      <w:r w:rsidR="00F24C46" w:rsidRPr="00D85610">
        <w:rPr>
          <w:sz w:val="28"/>
          <w:szCs w:val="28"/>
          <w:lang w:val="ru-RU"/>
        </w:rPr>
        <w:t>Член ЖСК «Вильнюс» может иметь в собственности несколько жилых помещений (квартир) в составе ЖСК «Вильнюс».</w:t>
      </w:r>
    </w:p>
    <w:p w14:paraId="38C64154" w14:textId="66D0500B" w:rsidR="00452B5E" w:rsidRPr="00D85610" w:rsidRDefault="00406FFA"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5.4. </w:t>
      </w:r>
      <w:r w:rsidR="00F24C46" w:rsidRPr="00D85610">
        <w:rPr>
          <w:sz w:val="28"/>
          <w:szCs w:val="28"/>
          <w:lang w:val="ru-RU"/>
        </w:rPr>
        <w:t>Общим имуществом в ЖСК «Вильнюс» являются:</w:t>
      </w:r>
    </w:p>
    <w:p w14:paraId="28C4F348" w14:textId="01708229" w:rsidR="00452B5E" w:rsidRPr="00D85610" w:rsidRDefault="00F24C46" w:rsidP="00D85610">
      <w:pPr>
        <w:spacing w:line="276" w:lineRule="auto"/>
        <w:ind w:left="709" w:hanging="283"/>
        <w:jc w:val="both"/>
        <w:rPr>
          <w:sz w:val="28"/>
          <w:szCs w:val="28"/>
          <w:lang w:val="ru-RU"/>
        </w:rPr>
      </w:pPr>
      <w:r w:rsidRPr="00D85610">
        <w:rPr>
          <w:sz w:val="28"/>
          <w:szCs w:val="28"/>
          <w:lang w:val="ru-RU"/>
        </w:rPr>
        <w:t xml:space="preserve">а) помещения, не являющиеся частями квартир и предназначенные для более одного жилого и (или) нежилого помещения в многоквартирном доме, в том числе межквартирные холлы, лестничные площадки, лестницы, лифты, лифтовые шахты, </w:t>
      </w:r>
      <w:r w:rsidR="00683A44" w:rsidRPr="00A65C42">
        <w:rPr>
          <w:sz w:val="28"/>
          <w:szCs w:val="28"/>
          <w:highlight w:val="lightGray"/>
          <w:lang w:val="ru-RU"/>
        </w:rPr>
        <w:t>лифтовое оборудование</w:t>
      </w:r>
      <w:r w:rsidR="00683A44">
        <w:rPr>
          <w:sz w:val="28"/>
          <w:szCs w:val="28"/>
          <w:lang w:val="ru-RU"/>
        </w:rPr>
        <w:t xml:space="preserve">, </w:t>
      </w:r>
      <w:r w:rsidRPr="00D85610">
        <w:rPr>
          <w:sz w:val="28"/>
          <w:szCs w:val="28"/>
          <w:lang w:val="ru-RU"/>
        </w:rPr>
        <w:t>коридоры, технические этажи, чердаки, технические подвалы, в которых имеются инженерные коммуникации, иное обслуживающее более одного помещения в здании оборудование;</w:t>
      </w:r>
    </w:p>
    <w:p w14:paraId="26B5DABD"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lastRenderedPageBreak/>
        <w:t>б) крыши;</w:t>
      </w:r>
    </w:p>
    <w:p w14:paraId="29954660"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14:paraId="5EB98FD0"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г) ограждающие 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14:paraId="0FCF0E95"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w:t>
      </w:r>
    </w:p>
    <w:p w14:paraId="156F32D0"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е) земельный участок в установленных границах с элементами озеленения и благоустройства, а также иные объекты, расположенные на указанном земельном участке и предназначенные для обслуживания, эксплуатации и благоустройства единого комплекса недвижимого имущества ЖСК «Вильнюс» и служащие его использованию.</w:t>
      </w:r>
    </w:p>
    <w:p w14:paraId="65FD1061" w14:textId="10666E02" w:rsidR="00452B5E" w:rsidRPr="00D85610" w:rsidRDefault="00406FFA"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5.5. Право общей долевой собственности на общее имущество принадлежит собственникам помещений.</w:t>
      </w:r>
    </w:p>
    <w:p w14:paraId="386A49A2" w14:textId="2AD1B18C" w:rsidR="00452B5E" w:rsidRPr="00D85610" w:rsidRDefault="003F361E"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Доля в праве общей собственности на общее имущество пропорциональна размеру общей площади находящихся в собственности жилых помещений.</w:t>
      </w:r>
    </w:p>
    <w:p w14:paraId="60979102" w14:textId="7ECFDB7A" w:rsidR="00452B5E" w:rsidRPr="00D85610" w:rsidRDefault="003F361E"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Общее имущество не подлежит отчуждению отдельно от права собственности на жилые помещения.</w:t>
      </w:r>
    </w:p>
    <w:p w14:paraId="31A2ECAB" w14:textId="0CD5DBCD" w:rsidR="00452B5E" w:rsidRPr="00D85610" w:rsidRDefault="003F361E"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Собственники несут расходы по содержанию и ремонту общего имущества. Доля обязательных расходов определяется долей в праве общей собственности на общее имущество.</w:t>
      </w:r>
    </w:p>
    <w:p w14:paraId="525E2806" w14:textId="77777777" w:rsidR="00452B5E" w:rsidRPr="00D85610" w:rsidRDefault="00F24C46" w:rsidP="00D85610">
      <w:pPr>
        <w:spacing w:before="240" w:line="276" w:lineRule="auto"/>
        <w:jc w:val="center"/>
        <w:rPr>
          <w:sz w:val="28"/>
          <w:szCs w:val="28"/>
          <w:lang w:val="ru-RU"/>
        </w:rPr>
      </w:pPr>
      <w:r w:rsidRPr="00D85610">
        <w:rPr>
          <w:b/>
          <w:sz w:val="28"/>
          <w:szCs w:val="28"/>
          <w:lang w:val="ru-RU"/>
        </w:rPr>
        <w:t>6. ПРАВА И ОБЯЗАННОСТИ ЧЛЕНОВ ЖСК «ВИЛЬНЮС»</w:t>
      </w:r>
    </w:p>
    <w:p w14:paraId="01324819" w14:textId="7AEE1FFC" w:rsidR="00452B5E" w:rsidRPr="00D85610" w:rsidRDefault="003F361E" w:rsidP="00D85610">
      <w:pPr>
        <w:spacing w:line="276" w:lineRule="auto"/>
        <w:jc w:val="both"/>
        <w:rPr>
          <w:sz w:val="28"/>
          <w:szCs w:val="28"/>
          <w:lang w:val="ru-RU"/>
        </w:rPr>
      </w:pPr>
      <w:r>
        <w:rPr>
          <w:sz w:val="28"/>
          <w:szCs w:val="28"/>
          <w:lang w:val="ru-RU"/>
        </w:rPr>
        <w:t xml:space="preserve">       </w:t>
      </w:r>
      <w:r w:rsidR="00D85610">
        <w:rPr>
          <w:sz w:val="28"/>
          <w:szCs w:val="28"/>
          <w:lang w:val="ru-RU"/>
        </w:rPr>
        <w:t xml:space="preserve">6.1. </w:t>
      </w:r>
      <w:r w:rsidR="00F24C46" w:rsidRPr="00D85610">
        <w:rPr>
          <w:sz w:val="28"/>
          <w:szCs w:val="28"/>
          <w:lang w:val="ru-RU"/>
        </w:rPr>
        <w:t>Члены ЖСК «Вильнюс» имеют право:</w:t>
      </w:r>
    </w:p>
    <w:p w14:paraId="0104995D" w14:textId="010709C9" w:rsidR="00452B5E" w:rsidRPr="00406FFA" w:rsidRDefault="00F24C46" w:rsidP="00406FFA">
      <w:pPr>
        <w:pStyle w:val="ae"/>
        <w:numPr>
          <w:ilvl w:val="0"/>
          <w:numId w:val="13"/>
        </w:numPr>
        <w:spacing w:line="276" w:lineRule="auto"/>
        <w:jc w:val="both"/>
        <w:rPr>
          <w:sz w:val="28"/>
          <w:szCs w:val="28"/>
          <w:lang w:val="ru-RU"/>
        </w:rPr>
      </w:pPr>
      <w:r w:rsidRPr="00406FFA">
        <w:rPr>
          <w:sz w:val="28"/>
          <w:szCs w:val="28"/>
          <w:lang w:val="ru-RU"/>
        </w:rPr>
        <w:t>участвовать в управлении ЖСК «Вильнюс» и быть избранными в его органы;</w:t>
      </w:r>
    </w:p>
    <w:p w14:paraId="287C33B1" w14:textId="27BF978D" w:rsidR="00452B5E" w:rsidRPr="00974E73" w:rsidRDefault="00F24C46" w:rsidP="00974E73">
      <w:pPr>
        <w:pStyle w:val="ae"/>
        <w:numPr>
          <w:ilvl w:val="0"/>
          <w:numId w:val="13"/>
        </w:numPr>
        <w:spacing w:line="276" w:lineRule="auto"/>
        <w:jc w:val="both"/>
        <w:rPr>
          <w:sz w:val="28"/>
          <w:szCs w:val="28"/>
          <w:lang w:val="ru-RU"/>
        </w:rPr>
      </w:pPr>
      <w:r w:rsidRPr="00974E73">
        <w:rPr>
          <w:sz w:val="28"/>
          <w:szCs w:val="28"/>
          <w:lang w:val="ru-RU"/>
        </w:rPr>
        <w:t>пользоваться всеми услугами, предоставляемыми ЖСК «Вильнюс»;</w:t>
      </w:r>
    </w:p>
    <w:p w14:paraId="3FD7E766" w14:textId="4F6D19B2" w:rsidR="00452B5E" w:rsidRPr="00974E73" w:rsidRDefault="00F24C46" w:rsidP="00974E73">
      <w:pPr>
        <w:pStyle w:val="ae"/>
        <w:numPr>
          <w:ilvl w:val="0"/>
          <w:numId w:val="13"/>
        </w:numPr>
        <w:spacing w:line="276" w:lineRule="auto"/>
        <w:jc w:val="both"/>
        <w:rPr>
          <w:sz w:val="28"/>
          <w:szCs w:val="28"/>
          <w:lang w:val="ru-RU"/>
        </w:rPr>
      </w:pPr>
      <w:r w:rsidRPr="00974E73">
        <w:rPr>
          <w:sz w:val="28"/>
          <w:szCs w:val="28"/>
          <w:lang w:val="ru-RU"/>
        </w:rPr>
        <w:t>получать от органов ЖСК «Вильнюс» информацию о деятельности ЖСК «Вильнюс» в порядке и в объёме, предусмотренные ГК РФ, ЖК РФ и настоящим Уставом;</w:t>
      </w:r>
    </w:p>
    <w:p w14:paraId="58D51A4B" w14:textId="65E4F0E1" w:rsidR="00452B5E" w:rsidRPr="00974E73" w:rsidRDefault="00F24C46" w:rsidP="00974E73">
      <w:pPr>
        <w:pStyle w:val="ae"/>
        <w:numPr>
          <w:ilvl w:val="0"/>
          <w:numId w:val="13"/>
        </w:numPr>
        <w:spacing w:line="276" w:lineRule="auto"/>
        <w:jc w:val="both"/>
        <w:rPr>
          <w:sz w:val="28"/>
          <w:szCs w:val="28"/>
          <w:lang w:val="ru-RU"/>
        </w:rPr>
      </w:pPr>
      <w:r w:rsidRPr="00974E73">
        <w:rPr>
          <w:sz w:val="28"/>
          <w:szCs w:val="28"/>
          <w:lang w:val="ru-RU"/>
        </w:rPr>
        <w:lastRenderedPageBreak/>
        <w:t>обжаловать в судебном порядке решения Общего собрания и Правления ЖСК «Вильнюс»;</w:t>
      </w:r>
    </w:p>
    <w:p w14:paraId="025E9680" w14:textId="7B36546A" w:rsidR="00452B5E" w:rsidRPr="00974E73" w:rsidRDefault="00F24C46" w:rsidP="00974E73">
      <w:pPr>
        <w:pStyle w:val="ae"/>
        <w:numPr>
          <w:ilvl w:val="0"/>
          <w:numId w:val="13"/>
        </w:numPr>
        <w:spacing w:line="276" w:lineRule="auto"/>
        <w:jc w:val="both"/>
        <w:rPr>
          <w:sz w:val="28"/>
          <w:szCs w:val="28"/>
          <w:lang w:val="ru-RU"/>
        </w:rPr>
      </w:pPr>
      <w:r w:rsidRPr="00974E73">
        <w:rPr>
          <w:sz w:val="28"/>
          <w:szCs w:val="28"/>
          <w:lang w:val="ru-RU"/>
        </w:rPr>
        <w:t>сдавать принадлежащее на праве собственности жилое помещение (квартиру) в аренду в порядке, установленном законодательством РФ, с предварительным уведомлением Правления ЖСК «Вильнюс» (ст. 126 ЖК РФ);</w:t>
      </w:r>
    </w:p>
    <w:p w14:paraId="01C06B85" w14:textId="45C11023" w:rsidR="00452B5E" w:rsidRPr="00974E73" w:rsidRDefault="00F24C46" w:rsidP="00974E73">
      <w:pPr>
        <w:pStyle w:val="ae"/>
        <w:numPr>
          <w:ilvl w:val="0"/>
          <w:numId w:val="13"/>
        </w:numPr>
        <w:spacing w:line="276" w:lineRule="auto"/>
        <w:jc w:val="both"/>
        <w:rPr>
          <w:sz w:val="28"/>
          <w:szCs w:val="28"/>
          <w:lang w:val="ru-RU"/>
        </w:rPr>
      </w:pPr>
      <w:r w:rsidRPr="00974E73">
        <w:rPr>
          <w:sz w:val="28"/>
          <w:szCs w:val="28"/>
          <w:lang w:val="ru-RU"/>
        </w:rPr>
        <w:t>приобретать иные права, предусмотренные ГК РФ, ЖК РФ, другими нормативными правовыми актами РФ.</w:t>
      </w:r>
    </w:p>
    <w:p w14:paraId="4DE97794" w14:textId="0586A792" w:rsidR="00452B5E" w:rsidRPr="00D85610" w:rsidRDefault="003F361E" w:rsidP="00D85610">
      <w:pPr>
        <w:spacing w:line="276" w:lineRule="auto"/>
        <w:jc w:val="both"/>
        <w:rPr>
          <w:sz w:val="28"/>
          <w:szCs w:val="28"/>
          <w:lang w:val="ru-RU"/>
        </w:rPr>
      </w:pPr>
      <w:r>
        <w:rPr>
          <w:sz w:val="28"/>
          <w:szCs w:val="28"/>
          <w:lang w:val="ru-RU"/>
        </w:rPr>
        <w:t xml:space="preserve">         </w:t>
      </w:r>
      <w:r w:rsidR="004D3863">
        <w:rPr>
          <w:sz w:val="28"/>
          <w:szCs w:val="28"/>
          <w:lang w:val="ru-RU"/>
        </w:rPr>
        <w:t xml:space="preserve">6.2. </w:t>
      </w:r>
      <w:r w:rsidR="00F24C46" w:rsidRPr="00D85610">
        <w:rPr>
          <w:sz w:val="28"/>
          <w:szCs w:val="28"/>
          <w:lang w:val="ru-RU"/>
        </w:rPr>
        <w:t>Члены ЖСК «Вильнюс» обязаны:</w:t>
      </w:r>
    </w:p>
    <w:p w14:paraId="109D4454" w14:textId="4BFF173F" w:rsidR="00452B5E" w:rsidRPr="0051161B" w:rsidRDefault="00F24C46" w:rsidP="0051161B">
      <w:pPr>
        <w:pStyle w:val="ae"/>
        <w:numPr>
          <w:ilvl w:val="0"/>
          <w:numId w:val="14"/>
        </w:numPr>
        <w:spacing w:line="276" w:lineRule="auto"/>
        <w:jc w:val="both"/>
        <w:rPr>
          <w:sz w:val="28"/>
          <w:szCs w:val="28"/>
          <w:lang w:val="ru-RU"/>
        </w:rPr>
      </w:pPr>
      <w:r w:rsidRPr="0051161B">
        <w:rPr>
          <w:sz w:val="28"/>
          <w:szCs w:val="28"/>
          <w:lang w:val="ru-RU"/>
        </w:rPr>
        <w:t>соблюдать Устав ЖСК «Вильнюс», выполнять решения, принятые органами ЖСК «Вильнюс», исполнять обязанности и нести ответственность, предусмотренные ГК РФ, ЖК РФ, отдельными нормативными правовыми актами РФ, настоящим Уставом;</w:t>
      </w:r>
    </w:p>
    <w:p w14:paraId="7C52F4FF" w14:textId="4105681C"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соблюдать технические, противопожарные и санитарные правила содержания жилых домов и придомовой территории;</w:t>
      </w:r>
    </w:p>
    <w:p w14:paraId="158DDA78" w14:textId="1A6C5002"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принимать участие в расходах и обеспечивать уплату взносов, необходимых для покрытия затрат, связанных с содержанием, текущим и капитальным ремонтом общего имущества по решению Общего собрания и в рамках утверждённой Общим собранием сметы;</w:t>
      </w:r>
    </w:p>
    <w:p w14:paraId="7E02DC92" w14:textId="5157DC0D"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содержать находящееся в его собственности жилое помещение в надлежащем состоянии и осуществлять его текущий ремонт;</w:t>
      </w:r>
    </w:p>
    <w:p w14:paraId="4ED4C8F8" w14:textId="0431BB75"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использовать объекты общей долевой собственности только по их прямому назначению, не нарушая права и интересы других собственников по пользованию данными объектами;</w:t>
      </w:r>
    </w:p>
    <w:p w14:paraId="542EBCB7" w14:textId="7ACDFC8C"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предпринимать необходимые меры, направленные на предотвращение возможности причинения ущерба объектам общей собственности;</w:t>
      </w:r>
    </w:p>
    <w:p w14:paraId="200AA488" w14:textId="0525716B"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обеспечивать доступ к частям жилого и нежилого помещения в случае необходимости поддержания этих помещений в надлежащем состоянии, необходимости восстановления объектов общей собственности или для предотвращения причинения возможного ущерба общему имуществу;</w:t>
      </w:r>
    </w:p>
    <w:p w14:paraId="495BCDC4" w14:textId="77777777" w:rsidR="00060EC6" w:rsidRDefault="00F24C46" w:rsidP="00060EC6">
      <w:pPr>
        <w:pStyle w:val="ae"/>
        <w:numPr>
          <w:ilvl w:val="0"/>
          <w:numId w:val="14"/>
        </w:numPr>
        <w:spacing w:line="276" w:lineRule="auto"/>
        <w:jc w:val="both"/>
        <w:rPr>
          <w:sz w:val="28"/>
          <w:szCs w:val="28"/>
          <w:lang w:val="ru-RU"/>
        </w:rPr>
      </w:pPr>
      <w:r w:rsidRPr="00974E73">
        <w:rPr>
          <w:sz w:val="28"/>
          <w:szCs w:val="28"/>
          <w:lang w:val="ru-RU"/>
        </w:rPr>
        <w:t>устранять (за свой счёт) ущерб, нанесённый имуществу других собственников либо общему имуществу членов ЖСК «Вильнюс», собственником лично или лицом, проживающим с ним совместно, а также иными лицами, занимающими жилые помещения по договору аренды;</w:t>
      </w:r>
    </w:p>
    <w:p w14:paraId="44FBD00B" w14:textId="77777777" w:rsidR="00060EC6" w:rsidRDefault="00F24C46" w:rsidP="00060EC6">
      <w:pPr>
        <w:pStyle w:val="ae"/>
        <w:numPr>
          <w:ilvl w:val="0"/>
          <w:numId w:val="14"/>
        </w:numPr>
        <w:spacing w:line="276" w:lineRule="auto"/>
        <w:jc w:val="both"/>
        <w:rPr>
          <w:sz w:val="28"/>
          <w:szCs w:val="28"/>
          <w:lang w:val="ru-RU"/>
        </w:rPr>
      </w:pPr>
      <w:r w:rsidRPr="00060EC6">
        <w:rPr>
          <w:sz w:val="28"/>
          <w:szCs w:val="28"/>
          <w:lang w:val="ru-RU"/>
        </w:rPr>
        <w:t>использовать жилое помещение только по его прямому назначению;</w:t>
      </w:r>
    </w:p>
    <w:p w14:paraId="4BB84879" w14:textId="59400CD5" w:rsidR="00452B5E" w:rsidRPr="00060EC6" w:rsidRDefault="00F24C46" w:rsidP="00060EC6">
      <w:pPr>
        <w:pStyle w:val="ae"/>
        <w:numPr>
          <w:ilvl w:val="0"/>
          <w:numId w:val="14"/>
        </w:numPr>
        <w:spacing w:line="276" w:lineRule="auto"/>
        <w:jc w:val="both"/>
        <w:rPr>
          <w:sz w:val="28"/>
          <w:szCs w:val="28"/>
          <w:lang w:val="ru-RU"/>
        </w:rPr>
      </w:pPr>
      <w:r w:rsidRPr="00060EC6">
        <w:rPr>
          <w:sz w:val="28"/>
          <w:szCs w:val="28"/>
          <w:lang w:val="ru-RU"/>
        </w:rPr>
        <w:lastRenderedPageBreak/>
        <w:t xml:space="preserve">своевременно и в полном объёме оплачивать коммунальные услуги, </w:t>
      </w:r>
      <w:r w:rsidR="00BB1BD4" w:rsidRPr="00BB1BD4">
        <w:rPr>
          <w:sz w:val="28"/>
          <w:szCs w:val="28"/>
          <w:highlight w:val="lightGray"/>
          <w:lang w:val="ru-RU"/>
        </w:rPr>
        <w:t>обязательные платежи за содержание и текущий ремонт общего имущества</w:t>
      </w:r>
      <w:r w:rsidR="00060EC6">
        <w:rPr>
          <w:sz w:val="28"/>
          <w:szCs w:val="28"/>
          <w:lang w:val="ru-RU"/>
        </w:rPr>
        <w:t xml:space="preserve">, </w:t>
      </w:r>
      <w:r w:rsidRPr="00060EC6">
        <w:rPr>
          <w:sz w:val="28"/>
          <w:szCs w:val="28"/>
          <w:lang w:val="ru-RU"/>
        </w:rPr>
        <w:t>а также нести ответственность за своевременность и полную оплату этих услуг арендаторами соответствующих жилых помещений;</w:t>
      </w:r>
    </w:p>
    <w:p w14:paraId="77C1304E" w14:textId="67C64037"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 xml:space="preserve">оплачивать пени за нарушение обязательств по своевременной оплате коммунальных и иных платежей в размере одной трёхсотой ставки </w:t>
      </w:r>
      <w:r w:rsidR="00BB1BD4" w:rsidRPr="00BB1BD4">
        <w:rPr>
          <w:sz w:val="28"/>
          <w:szCs w:val="28"/>
          <w:highlight w:val="lightGray"/>
          <w:lang w:val="ru-RU"/>
        </w:rPr>
        <w:t>учетной</w:t>
      </w:r>
      <w:r w:rsidR="00BB1BD4">
        <w:rPr>
          <w:sz w:val="28"/>
          <w:szCs w:val="28"/>
          <w:lang w:val="ru-RU"/>
        </w:rPr>
        <w:t xml:space="preserve"> </w:t>
      </w:r>
      <w:r w:rsidR="00BB1BD4" w:rsidRPr="00BB1BD4">
        <w:rPr>
          <w:sz w:val="28"/>
          <w:szCs w:val="28"/>
          <w:highlight w:val="lightGray"/>
          <w:lang w:val="ru-RU"/>
        </w:rPr>
        <w:t>ставки</w:t>
      </w:r>
      <w:r w:rsidRPr="00974E73">
        <w:rPr>
          <w:sz w:val="28"/>
          <w:szCs w:val="28"/>
          <w:lang w:val="ru-RU"/>
        </w:rPr>
        <w:t xml:space="preserve"> Центрального банка РФ,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оплаты включительно (ст. 155 ЖК РФ);</w:t>
      </w:r>
    </w:p>
    <w:p w14:paraId="4967252F" w14:textId="5293595A"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не препятствовать осуществлению прав и исполнению обязанностей другими членами и органами ЖСК «Вильнюс»;</w:t>
      </w:r>
    </w:p>
    <w:p w14:paraId="150A57DD" w14:textId="6509F3D7" w:rsidR="00452B5E" w:rsidRPr="00974E73" w:rsidRDefault="00F24C46" w:rsidP="00974E73">
      <w:pPr>
        <w:pStyle w:val="ae"/>
        <w:numPr>
          <w:ilvl w:val="0"/>
          <w:numId w:val="14"/>
        </w:numPr>
        <w:spacing w:line="276" w:lineRule="auto"/>
        <w:jc w:val="both"/>
        <w:rPr>
          <w:sz w:val="28"/>
          <w:szCs w:val="28"/>
          <w:lang w:val="ru-RU"/>
        </w:rPr>
      </w:pPr>
      <w:r w:rsidRPr="00974E73">
        <w:rPr>
          <w:sz w:val="28"/>
          <w:szCs w:val="28"/>
          <w:lang w:val="ru-RU"/>
        </w:rPr>
        <w:t>исполнять иные обязанности, предусмотренные ГК РФ, ЖК РФ, другими нормативными правовыми актами РФ и настоящим Уставом.</w:t>
      </w:r>
    </w:p>
    <w:p w14:paraId="48D98051" w14:textId="27ED1FB3" w:rsidR="00452B5E" w:rsidRPr="00D85610" w:rsidRDefault="00F71EEB" w:rsidP="00974E73">
      <w:pPr>
        <w:spacing w:line="276" w:lineRule="auto"/>
        <w:jc w:val="both"/>
        <w:rPr>
          <w:sz w:val="28"/>
          <w:szCs w:val="28"/>
          <w:lang w:val="ru-RU"/>
        </w:rPr>
      </w:pPr>
      <w:r>
        <w:rPr>
          <w:sz w:val="28"/>
          <w:szCs w:val="28"/>
          <w:lang w:val="ru-RU"/>
        </w:rPr>
        <w:t xml:space="preserve">          </w:t>
      </w:r>
      <w:r w:rsidR="00F24C46" w:rsidRPr="00D85610">
        <w:rPr>
          <w:sz w:val="28"/>
          <w:szCs w:val="28"/>
          <w:lang w:val="ru-RU"/>
        </w:rPr>
        <w:t>Форма участия в деятельности ЖСК «Вильнюс» является общеобязательной для всех его членов.</w:t>
      </w:r>
    </w:p>
    <w:p w14:paraId="5B1C84C2" w14:textId="77777777" w:rsidR="00452B5E" w:rsidRPr="00D85610" w:rsidRDefault="00F24C46" w:rsidP="00D85610">
      <w:pPr>
        <w:spacing w:before="240" w:line="276" w:lineRule="auto"/>
        <w:jc w:val="center"/>
        <w:rPr>
          <w:sz w:val="28"/>
          <w:szCs w:val="28"/>
          <w:lang w:val="ru-RU"/>
        </w:rPr>
      </w:pPr>
      <w:r w:rsidRPr="00D85610">
        <w:rPr>
          <w:b/>
          <w:sz w:val="28"/>
          <w:szCs w:val="28"/>
          <w:lang w:val="ru-RU"/>
        </w:rPr>
        <w:t>7. ПРАВА И ОБЯЗАННОСТИ ЖСК «ВИЛЬНЮС»</w:t>
      </w:r>
    </w:p>
    <w:p w14:paraId="701DDE71" w14:textId="5C812DD7" w:rsidR="00452B5E" w:rsidRPr="00D85610" w:rsidRDefault="003F361E"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7.1. ЖСК «Вильнюс» вправе:</w:t>
      </w:r>
    </w:p>
    <w:p w14:paraId="44EB7855" w14:textId="6A7E4341" w:rsidR="00452B5E" w:rsidRPr="008E5D5F" w:rsidRDefault="00F24C46" w:rsidP="008E5D5F">
      <w:pPr>
        <w:pStyle w:val="ae"/>
        <w:numPr>
          <w:ilvl w:val="0"/>
          <w:numId w:val="15"/>
        </w:numPr>
        <w:spacing w:line="276" w:lineRule="auto"/>
        <w:jc w:val="both"/>
        <w:rPr>
          <w:sz w:val="28"/>
          <w:szCs w:val="28"/>
          <w:lang w:val="ru-RU"/>
        </w:rPr>
      </w:pPr>
      <w:r w:rsidRPr="008E5D5F">
        <w:rPr>
          <w:sz w:val="28"/>
          <w:szCs w:val="28"/>
          <w:lang w:val="ru-RU"/>
        </w:rPr>
        <w:t>заключать договоры на ремонт и обслуживание общего имущества, а также помещений, находящихся в собственности ЖСК «Вильнюс», с любыми физическими лицами;</w:t>
      </w:r>
    </w:p>
    <w:p w14:paraId="18742248" w14:textId="51274566" w:rsidR="00452B5E" w:rsidRPr="00974E73" w:rsidRDefault="00F24C46" w:rsidP="00974E73">
      <w:pPr>
        <w:pStyle w:val="ae"/>
        <w:numPr>
          <w:ilvl w:val="0"/>
          <w:numId w:val="15"/>
        </w:numPr>
        <w:spacing w:line="276" w:lineRule="auto"/>
        <w:jc w:val="both"/>
        <w:rPr>
          <w:sz w:val="28"/>
          <w:szCs w:val="28"/>
          <w:lang w:val="ru-RU"/>
        </w:rPr>
      </w:pPr>
      <w:r w:rsidRPr="00974E73">
        <w:rPr>
          <w:sz w:val="28"/>
          <w:szCs w:val="28"/>
          <w:lang w:val="ru-RU"/>
        </w:rPr>
        <w:t>исполнять функции управляющей организации для обслуживания многоквартирных домов (корпусов) ЖСК «Вильнюс»;</w:t>
      </w:r>
    </w:p>
    <w:p w14:paraId="3A53EFFC" w14:textId="53563D0F" w:rsidR="00452B5E" w:rsidRPr="00974E73" w:rsidRDefault="00F24C46" w:rsidP="00974E73">
      <w:pPr>
        <w:pStyle w:val="ae"/>
        <w:numPr>
          <w:ilvl w:val="0"/>
          <w:numId w:val="15"/>
        </w:numPr>
        <w:spacing w:line="276" w:lineRule="auto"/>
        <w:jc w:val="both"/>
        <w:rPr>
          <w:sz w:val="28"/>
          <w:szCs w:val="28"/>
          <w:lang w:val="ru-RU"/>
        </w:rPr>
      </w:pPr>
      <w:r w:rsidRPr="00974E73">
        <w:rPr>
          <w:sz w:val="28"/>
          <w:szCs w:val="28"/>
          <w:lang w:val="ru-RU"/>
        </w:rPr>
        <w:t>определять бюджет ЖСК «Вильнюс» на год, включая необходимые расходы по текущей эксплуатации и ремонту общего имущества, затраты на капитальный ремонт, специальные взносы и отчисления в резервный фонд, а также расходы на другие цели, установленные Общим собранием членов ЖСК «Вильнюс»;</w:t>
      </w:r>
    </w:p>
    <w:p w14:paraId="412A697E" w14:textId="4C112B25" w:rsidR="00452B5E" w:rsidRPr="00974E73" w:rsidRDefault="00F24C46" w:rsidP="00974E73">
      <w:pPr>
        <w:pStyle w:val="ae"/>
        <w:numPr>
          <w:ilvl w:val="0"/>
          <w:numId w:val="15"/>
        </w:numPr>
        <w:spacing w:line="276" w:lineRule="auto"/>
        <w:jc w:val="both"/>
        <w:rPr>
          <w:sz w:val="28"/>
          <w:szCs w:val="28"/>
          <w:lang w:val="ru-RU"/>
        </w:rPr>
      </w:pPr>
      <w:r w:rsidRPr="00974E73">
        <w:rPr>
          <w:sz w:val="28"/>
          <w:szCs w:val="28"/>
          <w:lang w:val="ru-RU"/>
        </w:rPr>
        <w:t>страховать имущество и объекты общей собственности, находящиеся в управлении ЖСК «Вильнюс», по решению Общего собрания членов ЖСК «Вильнюс»;</w:t>
      </w:r>
    </w:p>
    <w:p w14:paraId="131DE38A" w14:textId="67ACA1F2" w:rsidR="00452B5E" w:rsidRPr="00974E73" w:rsidRDefault="00F24C46" w:rsidP="00974E73">
      <w:pPr>
        <w:pStyle w:val="ae"/>
        <w:numPr>
          <w:ilvl w:val="0"/>
          <w:numId w:val="15"/>
        </w:numPr>
        <w:spacing w:line="276" w:lineRule="auto"/>
        <w:jc w:val="both"/>
        <w:rPr>
          <w:sz w:val="28"/>
          <w:szCs w:val="28"/>
          <w:lang w:val="ru-RU"/>
        </w:rPr>
      </w:pPr>
      <w:r w:rsidRPr="00974E73">
        <w:rPr>
          <w:sz w:val="28"/>
          <w:szCs w:val="28"/>
          <w:lang w:val="ru-RU"/>
        </w:rPr>
        <w:t>выбирать подрядчиков, имеющих необходимые лицензии</w:t>
      </w:r>
      <w:r w:rsidR="00BB1BD4">
        <w:rPr>
          <w:sz w:val="28"/>
          <w:szCs w:val="28"/>
          <w:lang w:val="ru-RU"/>
        </w:rPr>
        <w:t>,</w:t>
      </w:r>
      <w:r w:rsidRPr="00974E73">
        <w:rPr>
          <w:sz w:val="28"/>
          <w:szCs w:val="28"/>
          <w:lang w:val="ru-RU"/>
        </w:rPr>
        <w:t xml:space="preserve"> допуски, </w:t>
      </w:r>
      <w:r w:rsidR="00BB1BD4" w:rsidRPr="00BB1BD4">
        <w:rPr>
          <w:sz w:val="28"/>
          <w:szCs w:val="28"/>
          <w:highlight w:val="lightGray"/>
          <w:lang w:val="ru-RU"/>
        </w:rPr>
        <w:t>серт</w:t>
      </w:r>
      <w:r w:rsidR="0081721A">
        <w:rPr>
          <w:sz w:val="28"/>
          <w:szCs w:val="28"/>
          <w:highlight w:val="lightGray"/>
          <w:lang w:val="ru-RU"/>
        </w:rPr>
        <w:t>и</w:t>
      </w:r>
      <w:r w:rsidR="00BB1BD4" w:rsidRPr="00BB1BD4">
        <w:rPr>
          <w:sz w:val="28"/>
          <w:szCs w:val="28"/>
          <w:highlight w:val="lightGray"/>
          <w:lang w:val="ru-RU"/>
        </w:rPr>
        <w:t>фикаты</w:t>
      </w:r>
      <w:r w:rsidR="00BB1BD4">
        <w:rPr>
          <w:sz w:val="28"/>
          <w:szCs w:val="28"/>
          <w:lang w:val="ru-RU"/>
        </w:rPr>
        <w:t xml:space="preserve"> </w:t>
      </w:r>
      <w:r w:rsidRPr="00974E73">
        <w:rPr>
          <w:sz w:val="28"/>
          <w:szCs w:val="28"/>
          <w:lang w:val="ru-RU"/>
        </w:rPr>
        <w:t>для выполнения работ в ЖСК «Вильнюс».</w:t>
      </w:r>
    </w:p>
    <w:p w14:paraId="7CAED3A9" w14:textId="05B4E0AC" w:rsidR="00452B5E" w:rsidRPr="00D85610" w:rsidRDefault="007C1B9C" w:rsidP="00974E73">
      <w:pPr>
        <w:spacing w:line="276" w:lineRule="auto"/>
        <w:jc w:val="both"/>
        <w:rPr>
          <w:sz w:val="28"/>
          <w:szCs w:val="28"/>
          <w:lang w:val="ru-RU"/>
        </w:rPr>
      </w:pPr>
      <w:r>
        <w:rPr>
          <w:sz w:val="28"/>
          <w:szCs w:val="28"/>
          <w:lang w:val="ru-RU"/>
        </w:rPr>
        <w:lastRenderedPageBreak/>
        <w:t xml:space="preserve">         </w:t>
      </w:r>
      <w:r w:rsidR="00974E73">
        <w:rPr>
          <w:sz w:val="28"/>
          <w:szCs w:val="28"/>
          <w:lang w:val="ru-RU"/>
        </w:rPr>
        <w:t xml:space="preserve">7.2. </w:t>
      </w:r>
      <w:r w:rsidR="00F24C46" w:rsidRPr="00D85610">
        <w:rPr>
          <w:sz w:val="28"/>
          <w:szCs w:val="28"/>
          <w:lang w:val="ru-RU"/>
        </w:rPr>
        <w:t>В случаях неисполнения собственниками своих обязанностей касательно участия в общих расходах ЖСК «Вильнюс», последний на основании решения Общего собрания вправе предъявить к собственникам судебные иски с требованием компенсации за неуплату обязательных платежей и неоплату иных общих расходов и взносов, установленных решением Общего собрания членов ЖСК «Вильнюс».</w:t>
      </w:r>
    </w:p>
    <w:p w14:paraId="59FAF2E1" w14:textId="63F21900" w:rsidR="00452B5E" w:rsidRPr="00D85610" w:rsidRDefault="003F361E" w:rsidP="00D85610">
      <w:pPr>
        <w:spacing w:line="276" w:lineRule="auto"/>
        <w:jc w:val="both"/>
        <w:rPr>
          <w:sz w:val="28"/>
          <w:szCs w:val="28"/>
          <w:lang w:val="ru-RU"/>
        </w:rPr>
      </w:pPr>
      <w:r>
        <w:rPr>
          <w:sz w:val="28"/>
          <w:szCs w:val="28"/>
          <w:lang w:val="ru-RU"/>
        </w:rPr>
        <w:t xml:space="preserve">         </w:t>
      </w:r>
      <w:r w:rsidR="00F24C46" w:rsidRPr="00D85610">
        <w:rPr>
          <w:sz w:val="28"/>
          <w:szCs w:val="28"/>
          <w:lang w:val="ru-RU"/>
        </w:rPr>
        <w:t>7.3. ЖСК «Вильнюс» обязан:</w:t>
      </w:r>
    </w:p>
    <w:p w14:paraId="0B447E94" w14:textId="3DA56A63" w:rsidR="00452B5E" w:rsidRPr="0078795E" w:rsidRDefault="00F24C46" w:rsidP="0078795E">
      <w:pPr>
        <w:pStyle w:val="ae"/>
        <w:numPr>
          <w:ilvl w:val="0"/>
          <w:numId w:val="16"/>
        </w:numPr>
        <w:spacing w:line="276" w:lineRule="auto"/>
        <w:jc w:val="both"/>
        <w:rPr>
          <w:sz w:val="28"/>
          <w:szCs w:val="28"/>
          <w:lang w:val="ru-RU"/>
        </w:rPr>
      </w:pPr>
      <w:r w:rsidRPr="0078795E">
        <w:rPr>
          <w:sz w:val="28"/>
          <w:szCs w:val="28"/>
          <w:lang w:val="ru-RU"/>
        </w:rPr>
        <w:t>обеспечивать выполнение требований отраслевого законодательства РФ и настоящего Устава;</w:t>
      </w:r>
    </w:p>
    <w:p w14:paraId="5DB8A943" w14:textId="47042023" w:rsidR="00452B5E" w:rsidRPr="00974E73" w:rsidRDefault="00F24C46" w:rsidP="00974E73">
      <w:pPr>
        <w:pStyle w:val="ae"/>
        <w:numPr>
          <w:ilvl w:val="0"/>
          <w:numId w:val="16"/>
        </w:numPr>
        <w:spacing w:line="276" w:lineRule="auto"/>
        <w:jc w:val="both"/>
        <w:rPr>
          <w:sz w:val="28"/>
          <w:szCs w:val="28"/>
          <w:lang w:val="ru-RU"/>
        </w:rPr>
      </w:pPr>
      <w:r w:rsidRPr="00974E73">
        <w:rPr>
          <w:sz w:val="28"/>
          <w:szCs w:val="28"/>
          <w:lang w:val="ru-RU"/>
        </w:rPr>
        <w:t>пресекать действия членов и должностных лиц ЖСК «Вильнюс», нарушающих общие интересы собственников;</w:t>
      </w:r>
    </w:p>
    <w:p w14:paraId="104263B5" w14:textId="4F58634A" w:rsidR="00452B5E" w:rsidRPr="00974E73" w:rsidRDefault="00F24C46" w:rsidP="00974E73">
      <w:pPr>
        <w:pStyle w:val="ae"/>
        <w:numPr>
          <w:ilvl w:val="0"/>
          <w:numId w:val="16"/>
        </w:numPr>
        <w:spacing w:line="276" w:lineRule="auto"/>
        <w:jc w:val="both"/>
        <w:rPr>
          <w:sz w:val="28"/>
          <w:szCs w:val="28"/>
          <w:lang w:val="ru-RU"/>
        </w:rPr>
      </w:pPr>
      <w:r w:rsidRPr="00974E73">
        <w:rPr>
          <w:sz w:val="28"/>
          <w:szCs w:val="28"/>
          <w:lang w:val="ru-RU"/>
        </w:rPr>
        <w:t>выполнять взятые на себя договорные обязательства в порядке, предусмотренном отраслевым законодательством РФ и настоящим Уставом;</w:t>
      </w:r>
    </w:p>
    <w:p w14:paraId="5DF7CD9A" w14:textId="6D309C45" w:rsidR="00452B5E" w:rsidRPr="00974E73" w:rsidRDefault="00F24C46" w:rsidP="00974E73">
      <w:pPr>
        <w:pStyle w:val="ae"/>
        <w:numPr>
          <w:ilvl w:val="0"/>
          <w:numId w:val="16"/>
        </w:numPr>
        <w:spacing w:line="276" w:lineRule="auto"/>
        <w:jc w:val="both"/>
        <w:rPr>
          <w:sz w:val="28"/>
          <w:szCs w:val="28"/>
          <w:lang w:val="ru-RU"/>
        </w:rPr>
      </w:pPr>
      <w:r w:rsidRPr="00974E73">
        <w:rPr>
          <w:sz w:val="28"/>
          <w:szCs w:val="28"/>
          <w:lang w:val="ru-RU"/>
        </w:rPr>
        <w:t>требовать выполнения всеми членами ЖСК «Вильнюс» своих обязанностей в части надлежащего содержания и ремонта недвижимого имущества;</w:t>
      </w:r>
    </w:p>
    <w:p w14:paraId="0697654A" w14:textId="6A34526F" w:rsidR="00452B5E" w:rsidRPr="00974E73" w:rsidRDefault="00F24C46" w:rsidP="00974E73">
      <w:pPr>
        <w:pStyle w:val="ae"/>
        <w:numPr>
          <w:ilvl w:val="0"/>
          <w:numId w:val="16"/>
        </w:numPr>
        <w:spacing w:line="276" w:lineRule="auto"/>
        <w:jc w:val="both"/>
        <w:rPr>
          <w:sz w:val="28"/>
          <w:szCs w:val="28"/>
          <w:lang w:val="ru-RU"/>
        </w:rPr>
      </w:pPr>
      <w:r w:rsidRPr="00974E73">
        <w:rPr>
          <w:sz w:val="28"/>
          <w:szCs w:val="28"/>
          <w:lang w:val="ru-RU"/>
        </w:rPr>
        <w:t>обеспечивать надлежащее санитарное и техническое состояние общего имущества в ЖСК «Вильнюс»;</w:t>
      </w:r>
    </w:p>
    <w:p w14:paraId="79158146" w14:textId="0A7E6084" w:rsidR="00452B5E" w:rsidRPr="00974E73" w:rsidRDefault="00F24C46" w:rsidP="00974E73">
      <w:pPr>
        <w:pStyle w:val="ae"/>
        <w:numPr>
          <w:ilvl w:val="0"/>
          <w:numId w:val="16"/>
        </w:numPr>
        <w:spacing w:line="276" w:lineRule="auto"/>
        <w:jc w:val="both"/>
        <w:rPr>
          <w:sz w:val="28"/>
          <w:szCs w:val="28"/>
          <w:lang w:val="ru-RU"/>
        </w:rPr>
      </w:pPr>
      <w:r w:rsidRPr="00974E73">
        <w:rPr>
          <w:sz w:val="28"/>
          <w:szCs w:val="28"/>
          <w:lang w:val="ru-RU"/>
        </w:rPr>
        <w:t>обеспечивать выполнение собственниками и арендаторами обязательств по своевременному внесению обязательных платежей, сборов и взносов в соответствии с настоящим Уставом и решениями Общего собрания ЖСК «Вильнюс»;</w:t>
      </w:r>
    </w:p>
    <w:p w14:paraId="490D5FE0" w14:textId="06E50C27" w:rsidR="00452B5E" w:rsidRPr="00974E73" w:rsidRDefault="00F24C46" w:rsidP="00974E73">
      <w:pPr>
        <w:pStyle w:val="ae"/>
        <w:numPr>
          <w:ilvl w:val="0"/>
          <w:numId w:val="16"/>
        </w:numPr>
        <w:spacing w:line="276" w:lineRule="auto"/>
        <w:jc w:val="both"/>
        <w:rPr>
          <w:sz w:val="28"/>
          <w:szCs w:val="28"/>
          <w:lang w:val="ru-RU"/>
        </w:rPr>
      </w:pPr>
      <w:r w:rsidRPr="00974E73">
        <w:rPr>
          <w:sz w:val="28"/>
          <w:szCs w:val="28"/>
          <w:lang w:val="ru-RU"/>
        </w:rPr>
        <w:t>выступать заказчиком на работы и услуги по содержанию и ремонту (включая капитальный ремонт) мест общего пользования в ЖСК «Вильнюс». Заключать договоры с организациями, имеющими лицензии</w:t>
      </w:r>
      <w:r w:rsidR="003878A5">
        <w:rPr>
          <w:sz w:val="28"/>
          <w:szCs w:val="28"/>
          <w:lang w:val="ru-RU"/>
        </w:rPr>
        <w:t xml:space="preserve">, </w:t>
      </w:r>
      <w:r w:rsidRPr="00974E73">
        <w:rPr>
          <w:sz w:val="28"/>
          <w:szCs w:val="28"/>
          <w:lang w:val="ru-RU"/>
        </w:rPr>
        <w:t>допуски</w:t>
      </w:r>
      <w:r w:rsidR="003878A5">
        <w:rPr>
          <w:sz w:val="28"/>
          <w:szCs w:val="28"/>
          <w:lang w:val="ru-RU"/>
        </w:rPr>
        <w:t xml:space="preserve">, </w:t>
      </w:r>
      <w:r w:rsidR="003878A5" w:rsidRPr="003878A5">
        <w:rPr>
          <w:sz w:val="28"/>
          <w:szCs w:val="28"/>
          <w:highlight w:val="lightGray"/>
          <w:lang w:val="ru-RU"/>
        </w:rPr>
        <w:t>сертификаты</w:t>
      </w:r>
      <w:r w:rsidRPr="00974E73">
        <w:rPr>
          <w:sz w:val="28"/>
          <w:szCs w:val="28"/>
          <w:lang w:val="ru-RU"/>
        </w:rPr>
        <w:t xml:space="preserve"> на право заниматься соответствующим видом деятельности, производить своевременную оплату оказанных услуг;</w:t>
      </w:r>
    </w:p>
    <w:p w14:paraId="2124018C" w14:textId="72BD1BAD" w:rsidR="00452B5E" w:rsidRDefault="00F24C46" w:rsidP="00974E73">
      <w:pPr>
        <w:pStyle w:val="ae"/>
        <w:numPr>
          <w:ilvl w:val="0"/>
          <w:numId w:val="16"/>
        </w:numPr>
        <w:spacing w:line="276" w:lineRule="auto"/>
        <w:jc w:val="both"/>
        <w:rPr>
          <w:sz w:val="28"/>
          <w:szCs w:val="28"/>
          <w:lang w:val="ru-RU"/>
        </w:rPr>
      </w:pPr>
      <w:r w:rsidRPr="00974E73">
        <w:rPr>
          <w:sz w:val="28"/>
          <w:szCs w:val="28"/>
          <w:lang w:val="ru-RU"/>
        </w:rPr>
        <w:t>обеспечивать соблюдение интересов всех членов ЖСК «Вильнюс» при установлении условий и порядка владения, пользования и распоряжения общей собственностью, распределения между членами ЖСК «Вильнюс» издержек по содержанию и ремонту общего имущества в ЖСК «Вильнюс».</w:t>
      </w:r>
    </w:p>
    <w:p w14:paraId="1361ED0A" w14:textId="234381C3" w:rsidR="00820873" w:rsidRPr="00984B89" w:rsidRDefault="00820873" w:rsidP="00984B89">
      <w:pPr>
        <w:pStyle w:val="ae"/>
        <w:numPr>
          <w:ilvl w:val="0"/>
          <w:numId w:val="16"/>
        </w:numPr>
        <w:spacing w:line="276" w:lineRule="auto"/>
        <w:jc w:val="both"/>
        <w:rPr>
          <w:sz w:val="28"/>
          <w:szCs w:val="28"/>
          <w:lang w:val="ru-RU"/>
        </w:rPr>
      </w:pPr>
      <w:r w:rsidRPr="00984B89">
        <w:rPr>
          <w:sz w:val="28"/>
          <w:szCs w:val="28"/>
          <w:lang w:val="ru-RU"/>
        </w:rPr>
        <w:t>при эксплуатации лифтов и лифтового оборудования в многоквартирном доме, деятельность по управлению которым осуществляет</w:t>
      </w:r>
      <w:r w:rsidR="00984B89">
        <w:rPr>
          <w:sz w:val="28"/>
          <w:szCs w:val="28"/>
          <w:lang w:val="ru-RU"/>
        </w:rPr>
        <w:t xml:space="preserve"> ЖСК </w:t>
      </w:r>
      <w:r w:rsidR="00984B89" w:rsidRPr="00D85610">
        <w:rPr>
          <w:sz w:val="28"/>
          <w:szCs w:val="28"/>
          <w:lang w:val="ru-RU"/>
        </w:rPr>
        <w:t>«Вильнюс»</w:t>
      </w:r>
      <w:r w:rsidRPr="00984B89">
        <w:rPr>
          <w:sz w:val="28"/>
          <w:szCs w:val="28"/>
          <w:lang w:val="ru-RU"/>
        </w:rPr>
        <w:t xml:space="preserve">, обязан заключить со специализированной лифтовой организацией, информация о которой включена в федеральный перечень </w:t>
      </w:r>
      <w:r w:rsidRPr="00984B89">
        <w:rPr>
          <w:sz w:val="28"/>
          <w:szCs w:val="28"/>
          <w:lang w:val="ru-RU"/>
        </w:rPr>
        <w:lastRenderedPageBreak/>
        <w:t>специализированных лифтовых организаций, наделенных правом на осуществление деятельности по техническому обслуживанию лифтов и лифтового оборудования в многоквартирном доме и ремонту лифтового оборудования в многоквартирном доме:</w:t>
      </w:r>
    </w:p>
    <w:p w14:paraId="6020B16E" w14:textId="11F24DF1" w:rsidR="00820873" w:rsidRPr="00820873" w:rsidRDefault="00820873" w:rsidP="00820873">
      <w:pPr>
        <w:pStyle w:val="ae"/>
        <w:numPr>
          <w:ilvl w:val="0"/>
          <w:numId w:val="24"/>
        </w:numPr>
        <w:spacing w:line="276" w:lineRule="auto"/>
        <w:jc w:val="both"/>
        <w:rPr>
          <w:sz w:val="28"/>
          <w:szCs w:val="28"/>
          <w:lang w:val="ru-RU"/>
        </w:rPr>
      </w:pPr>
      <w:r w:rsidRPr="00820873">
        <w:rPr>
          <w:sz w:val="28"/>
          <w:szCs w:val="28"/>
          <w:lang w:val="ru-RU"/>
        </w:rPr>
        <w:t>договор на оказание услуг и (или) выполнение работ по техническому обслуживанию лифтов и лифтового оборудования в многоквартирном доме, включающий текущий ремонт и аварийно-диспетчерское обслуживание;</w:t>
      </w:r>
    </w:p>
    <w:p w14:paraId="5CE2B5C1" w14:textId="1FEFE8DC" w:rsidR="00820873" w:rsidRPr="00A65C42" w:rsidRDefault="00820873" w:rsidP="00820873">
      <w:pPr>
        <w:pStyle w:val="ae"/>
        <w:numPr>
          <w:ilvl w:val="0"/>
          <w:numId w:val="24"/>
        </w:numPr>
        <w:spacing w:line="276" w:lineRule="auto"/>
        <w:jc w:val="both"/>
        <w:rPr>
          <w:sz w:val="28"/>
          <w:szCs w:val="28"/>
          <w:lang w:val="ru-RU"/>
        </w:rPr>
      </w:pPr>
      <w:r w:rsidRPr="00820873">
        <w:rPr>
          <w:sz w:val="28"/>
          <w:szCs w:val="28"/>
          <w:lang w:val="ru-RU"/>
        </w:rPr>
        <w:t>отдельный договор (отдельные договоры) на выполнение работ по ремонту лифтового оборудования в многоквартирном доме и (или) замене в установленные сроки отдельных узлов, деталей и механизмов лифтового оборудования, нормативный ресурс эксплуатации которых истек, а также поврежденных узлов, элементов узлов, механизмов и оборудования.</w:t>
      </w:r>
    </w:p>
    <w:p w14:paraId="7D5C2448" w14:textId="77777777" w:rsidR="00452B5E" w:rsidRPr="00D85610" w:rsidRDefault="00F24C46" w:rsidP="00D85610">
      <w:pPr>
        <w:spacing w:before="240" w:line="276" w:lineRule="auto"/>
        <w:jc w:val="center"/>
        <w:rPr>
          <w:sz w:val="28"/>
          <w:szCs w:val="28"/>
          <w:lang w:val="ru-RU"/>
        </w:rPr>
      </w:pPr>
      <w:r w:rsidRPr="00D85610">
        <w:rPr>
          <w:b/>
          <w:sz w:val="28"/>
          <w:szCs w:val="28"/>
          <w:lang w:val="ru-RU"/>
        </w:rPr>
        <w:t>8. ИМУЩЕСТВО ЖСК «ВИЛЬНЮС»</w:t>
      </w:r>
    </w:p>
    <w:p w14:paraId="52E8E8D9" w14:textId="4B985F68" w:rsidR="00452B5E" w:rsidRPr="00D85610" w:rsidRDefault="00B06EB0" w:rsidP="004D3863">
      <w:pPr>
        <w:spacing w:line="276" w:lineRule="auto"/>
        <w:jc w:val="both"/>
        <w:rPr>
          <w:sz w:val="28"/>
          <w:szCs w:val="28"/>
          <w:lang w:val="ru-RU"/>
        </w:rPr>
      </w:pPr>
      <w:r>
        <w:rPr>
          <w:sz w:val="28"/>
          <w:szCs w:val="28"/>
          <w:lang w:val="ru-RU"/>
        </w:rPr>
        <w:t xml:space="preserve">           </w:t>
      </w:r>
      <w:r w:rsidR="004D3863">
        <w:rPr>
          <w:sz w:val="28"/>
          <w:szCs w:val="28"/>
          <w:lang w:val="ru-RU"/>
        </w:rPr>
        <w:t xml:space="preserve">8.1. </w:t>
      </w:r>
      <w:r w:rsidR="00F24C46" w:rsidRPr="00D85610">
        <w:rPr>
          <w:sz w:val="28"/>
          <w:szCs w:val="28"/>
          <w:lang w:val="ru-RU"/>
        </w:rPr>
        <w:t>ЖСК «Вильнюс» имеет в собственности обособленное имущество, учтённое на его самостоятельном балансе. Названное имущество образуется за счёт взносов членов ЖСК «Вильнюс», доходов, полученных ЖСК «Вильнюс» от осуществляемой им предпринимательской деятельности, которая служит достижению целей, ради которых он создан, и соответствует этим целям.</w:t>
      </w:r>
    </w:p>
    <w:p w14:paraId="4C39AF10" w14:textId="2341A07B" w:rsidR="00452B5E" w:rsidRPr="00D85610" w:rsidRDefault="00B06EB0" w:rsidP="00D85610">
      <w:pPr>
        <w:spacing w:line="276" w:lineRule="auto"/>
        <w:jc w:val="both"/>
        <w:rPr>
          <w:sz w:val="28"/>
          <w:szCs w:val="28"/>
          <w:lang w:val="ru-RU"/>
        </w:rPr>
      </w:pPr>
      <w:r>
        <w:rPr>
          <w:sz w:val="28"/>
          <w:szCs w:val="28"/>
          <w:lang w:val="ru-RU"/>
        </w:rPr>
        <w:t xml:space="preserve">          </w:t>
      </w:r>
      <w:r w:rsidR="004D3863">
        <w:rPr>
          <w:sz w:val="28"/>
          <w:szCs w:val="28"/>
          <w:lang w:val="ru-RU"/>
        </w:rPr>
        <w:t xml:space="preserve">8.2. </w:t>
      </w:r>
      <w:r w:rsidR="00F24C46" w:rsidRPr="00D85610">
        <w:rPr>
          <w:sz w:val="28"/>
          <w:szCs w:val="28"/>
          <w:lang w:val="ru-RU"/>
        </w:rPr>
        <w:t>Имущество ЖСК «Вильнюс» формируется за счёт:</w:t>
      </w:r>
    </w:p>
    <w:p w14:paraId="5BFDD7AC" w14:textId="2860FECA" w:rsidR="00452B5E" w:rsidRPr="00B06EB0" w:rsidRDefault="00F24C46" w:rsidP="00B06EB0">
      <w:pPr>
        <w:pStyle w:val="ae"/>
        <w:numPr>
          <w:ilvl w:val="0"/>
          <w:numId w:val="17"/>
        </w:numPr>
        <w:spacing w:line="276" w:lineRule="auto"/>
        <w:jc w:val="both"/>
        <w:rPr>
          <w:sz w:val="28"/>
          <w:szCs w:val="28"/>
          <w:lang w:val="ru-RU"/>
        </w:rPr>
      </w:pPr>
      <w:r w:rsidRPr="00B06EB0">
        <w:rPr>
          <w:sz w:val="28"/>
          <w:szCs w:val="28"/>
          <w:lang w:val="ru-RU"/>
        </w:rPr>
        <w:t>вступительных взносов;</w:t>
      </w:r>
    </w:p>
    <w:p w14:paraId="3447B9AD" w14:textId="2E7E63D5" w:rsidR="00452B5E" w:rsidRPr="00974E73" w:rsidRDefault="00F24C46" w:rsidP="00974E73">
      <w:pPr>
        <w:pStyle w:val="ae"/>
        <w:numPr>
          <w:ilvl w:val="0"/>
          <w:numId w:val="17"/>
        </w:numPr>
        <w:spacing w:line="276" w:lineRule="auto"/>
        <w:jc w:val="both"/>
        <w:rPr>
          <w:sz w:val="28"/>
          <w:szCs w:val="28"/>
          <w:lang w:val="ru-RU"/>
        </w:rPr>
      </w:pPr>
      <w:r w:rsidRPr="00974E73">
        <w:rPr>
          <w:sz w:val="28"/>
          <w:szCs w:val="28"/>
          <w:lang w:val="ru-RU"/>
        </w:rPr>
        <w:t>взносов на содержание, текущий и капитальный ремонт общего имущества;</w:t>
      </w:r>
    </w:p>
    <w:p w14:paraId="3EAAF3AB" w14:textId="48CA917A" w:rsidR="00452B5E" w:rsidRPr="00974E73" w:rsidRDefault="00F24C46" w:rsidP="00974E73">
      <w:pPr>
        <w:pStyle w:val="ae"/>
        <w:numPr>
          <w:ilvl w:val="0"/>
          <w:numId w:val="17"/>
        </w:numPr>
        <w:spacing w:line="276" w:lineRule="auto"/>
        <w:jc w:val="both"/>
        <w:rPr>
          <w:sz w:val="28"/>
          <w:szCs w:val="28"/>
          <w:lang w:val="ru-RU"/>
        </w:rPr>
      </w:pPr>
      <w:r w:rsidRPr="00974E73">
        <w:rPr>
          <w:sz w:val="28"/>
          <w:szCs w:val="28"/>
          <w:lang w:val="ru-RU"/>
        </w:rPr>
        <w:t>взносов на оплату коммунальных услуг;</w:t>
      </w:r>
    </w:p>
    <w:p w14:paraId="3F52CE73" w14:textId="79E5AE47" w:rsidR="00452B5E" w:rsidRPr="00974E73" w:rsidRDefault="00F24C46" w:rsidP="00974E73">
      <w:pPr>
        <w:pStyle w:val="ae"/>
        <w:numPr>
          <w:ilvl w:val="0"/>
          <w:numId w:val="17"/>
        </w:numPr>
        <w:spacing w:line="276" w:lineRule="auto"/>
        <w:jc w:val="both"/>
        <w:rPr>
          <w:sz w:val="28"/>
          <w:szCs w:val="28"/>
          <w:lang w:val="ru-RU"/>
        </w:rPr>
      </w:pPr>
      <w:r w:rsidRPr="00974E73">
        <w:rPr>
          <w:sz w:val="28"/>
          <w:szCs w:val="28"/>
          <w:lang w:val="ru-RU"/>
        </w:rPr>
        <w:t>доходов от использования объектов собственности;</w:t>
      </w:r>
    </w:p>
    <w:p w14:paraId="66C6D7C2" w14:textId="09E16A30" w:rsidR="00452B5E" w:rsidRPr="00974E73" w:rsidRDefault="00F24C46" w:rsidP="00974E73">
      <w:pPr>
        <w:pStyle w:val="ae"/>
        <w:numPr>
          <w:ilvl w:val="0"/>
          <w:numId w:val="17"/>
        </w:numPr>
        <w:spacing w:line="276" w:lineRule="auto"/>
        <w:jc w:val="both"/>
        <w:rPr>
          <w:sz w:val="28"/>
          <w:szCs w:val="28"/>
          <w:lang w:val="ru-RU"/>
        </w:rPr>
      </w:pPr>
      <w:r w:rsidRPr="00974E73">
        <w:rPr>
          <w:sz w:val="28"/>
          <w:szCs w:val="28"/>
          <w:lang w:val="ru-RU"/>
        </w:rPr>
        <w:t>доходов в виде процентов, поступающих от размещения денежных средств на банковских счетах и банковских (депозитных) вкладах;</w:t>
      </w:r>
    </w:p>
    <w:p w14:paraId="75502057" w14:textId="2A06DF18" w:rsidR="00452B5E" w:rsidRPr="00974E73" w:rsidRDefault="00F24C46" w:rsidP="00974E73">
      <w:pPr>
        <w:pStyle w:val="ae"/>
        <w:numPr>
          <w:ilvl w:val="0"/>
          <w:numId w:val="17"/>
        </w:numPr>
        <w:spacing w:line="276" w:lineRule="auto"/>
        <w:jc w:val="both"/>
        <w:rPr>
          <w:sz w:val="28"/>
          <w:szCs w:val="28"/>
          <w:lang w:val="ru-RU"/>
        </w:rPr>
      </w:pPr>
      <w:r w:rsidRPr="00974E73">
        <w:rPr>
          <w:sz w:val="28"/>
          <w:szCs w:val="28"/>
          <w:lang w:val="ru-RU"/>
        </w:rPr>
        <w:t>других, не запрещённых законодательством, поступлений.</w:t>
      </w:r>
    </w:p>
    <w:p w14:paraId="1DF594E8" w14:textId="3CD3FC3C" w:rsidR="00452B5E" w:rsidRPr="00D85610" w:rsidRDefault="009A0A9B" w:rsidP="004D3863">
      <w:pPr>
        <w:spacing w:line="276" w:lineRule="auto"/>
        <w:jc w:val="both"/>
        <w:rPr>
          <w:sz w:val="28"/>
          <w:szCs w:val="28"/>
          <w:lang w:val="ru-RU"/>
        </w:rPr>
      </w:pPr>
      <w:r>
        <w:rPr>
          <w:sz w:val="28"/>
          <w:szCs w:val="28"/>
          <w:lang w:val="ru-RU"/>
        </w:rPr>
        <w:t xml:space="preserve">           </w:t>
      </w:r>
      <w:r w:rsidR="004D3863">
        <w:rPr>
          <w:sz w:val="28"/>
          <w:szCs w:val="28"/>
          <w:lang w:val="ru-RU"/>
        </w:rPr>
        <w:t xml:space="preserve">8.3. </w:t>
      </w:r>
      <w:r w:rsidR="00F24C46" w:rsidRPr="00D85610">
        <w:rPr>
          <w:sz w:val="28"/>
          <w:szCs w:val="28"/>
          <w:lang w:val="ru-RU"/>
        </w:rPr>
        <w:t>При вступлении в члены ЖСК «Вильнюс» вступительные взносы вносятся единовременно и не подлежат возврату при прекращении членства.</w:t>
      </w:r>
    </w:p>
    <w:p w14:paraId="715E3FF3" w14:textId="124B07A9" w:rsidR="00452B5E" w:rsidRPr="00D85610" w:rsidRDefault="009A0A9B" w:rsidP="004D3863">
      <w:pPr>
        <w:spacing w:line="276" w:lineRule="auto"/>
        <w:jc w:val="both"/>
        <w:rPr>
          <w:sz w:val="28"/>
          <w:szCs w:val="28"/>
          <w:lang w:val="ru-RU"/>
        </w:rPr>
      </w:pPr>
      <w:r>
        <w:rPr>
          <w:sz w:val="28"/>
          <w:szCs w:val="28"/>
          <w:lang w:val="ru-RU"/>
        </w:rPr>
        <w:t xml:space="preserve">          </w:t>
      </w:r>
      <w:r w:rsidR="00F24C46" w:rsidRPr="00D85610">
        <w:rPr>
          <w:sz w:val="28"/>
          <w:szCs w:val="28"/>
          <w:lang w:val="ru-RU"/>
        </w:rPr>
        <w:t>8.</w:t>
      </w:r>
      <w:r w:rsidR="004D3863">
        <w:rPr>
          <w:sz w:val="28"/>
          <w:szCs w:val="28"/>
          <w:lang w:val="ru-RU"/>
        </w:rPr>
        <w:t>4</w:t>
      </w:r>
      <w:r w:rsidR="00F24C46" w:rsidRPr="00D85610">
        <w:rPr>
          <w:sz w:val="28"/>
          <w:szCs w:val="28"/>
          <w:lang w:val="ru-RU"/>
        </w:rPr>
        <w:t>. ЖСК «Вильнюс» может учреждать иные целевые фонды в порядке и размерах, утверждаемых Общим собранием.</w:t>
      </w:r>
    </w:p>
    <w:p w14:paraId="47C84BE8" w14:textId="77777777" w:rsidR="00452B5E" w:rsidRPr="00D85610" w:rsidRDefault="00F24C46" w:rsidP="00D85610">
      <w:pPr>
        <w:spacing w:before="240" w:line="276" w:lineRule="auto"/>
        <w:jc w:val="center"/>
        <w:rPr>
          <w:sz w:val="28"/>
          <w:szCs w:val="28"/>
          <w:lang w:val="ru-RU"/>
        </w:rPr>
      </w:pPr>
      <w:r w:rsidRPr="00D85610">
        <w:rPr>
          <w:b/>
          <w:sz w:val="28"/>
          <w:szCs w:val="28"/>
          <w:lang w:val="ru-RU"/>
        </w:rPr>
        <w:t>9. ОРГАНЫ УПРАВЛЕНИЯ И КОНТРОЛЯ ЖСК «ВИЛЬНЮС»</w:t>
      </w:r>
    </w:p>
    <w:p w14:paraId="6A14DC38" w14:textId="1B8B40C6" w:rsidR="00452B5E" w:rsidRPr="00D85610" w:rsidRDefault="009A0A9B" w:rsidP="00D85610">
      <w:pPr>
        <w:spacing w:line="276" w:lineRule="auto"/>
        <w:jc w:val="both"/>
        <w:rPr>
          <w:sz w:val="28"/>
          <w:szCs w:val="28"/>
          <w:lang w:val="ru-RU"/>
        </w:rPr>
      </w:pPr>
      <w:r>
        <w:rPr>
          <w:sz w:val="28"/>
          <w:szCs w:val="28"/>
          <w:lang w:val="ru-RU"/>
        </w:rPr>
        <w:t xml:space="preserve">        </w:t>
      </w:r>
      <w:r w:rsidR="00C7743E">
        <w:rPr>
          <w:sz w:val="28"/>
          <w:szCs w:val="28"/>
          <w:lang w:val="ru-RU"/>
        </w:rPr>
        <w:t xml:space="preserve">9.1. </w:t>
      </w:r>
      <w:r w:rsidR="00F24C46" w:rsidRPr="00D85610">
        <w:rPr>
          <w:sz w:val="28"/>
          <w:szCs w:val="28"/>
          <w:lang w:val="ru-RU"/>
        </w:rPr>
        <w:t>Органами управления ЖСК «Вильнюс» являются:</w:t>
      </w:r>
    </w:p>
    <w:p w14:paraId="3D51417C" w14:textId="6FDA44E5" w:rsidR="00452B5E" w:rsidRPr="00974E73" w:rsidRDefault="00F24C46" w:rsidP="00974E73">
      <w:pPr>
        <w:pStyle w:val="ae"/>
        <w:numPr>
          <w:ilvl w:val="0"/>
          <w:numId w:val="18"/>
        </w:numPr>
        <w:spacing w:line="276" w:lineRule="auto"/>
        <w:jc w:val="both"/>
        <w:rPr>
          <w:sz w:val="28"/>
          <w:szCs w:val="28"/>
          <w:lang w:val="ru-RU"/>
        </w:rPr>
      </w:pPr>
      <w:r w:rsidRPr="00974E73">
        <w:rPr>
          <w:sz w:val="28"/>
          <w:szCs w:val="28"/>
          <w:lang w:val="ru-RU"/>
        </w:rPr>
        <w:t>Общее собрание;</w:t>
      </w:r>
    </w:p>
    <w:p w14:paraId="1C5395B4" w14:textId="6FFC9854" w:rsidR="00CF0892" w:rsidRPr="00CF0892" w:rsidRDefault="00F24C46" w:rsidP="00CF0892">
      <w:pPr>
        <w:pStyle w:val="ae"/>
        <w:numPr>
          <w:ilvl w:val="0"/>
          <w:numId w:val="18"/>
        </w:numPr>
        <w:spacing w:line="276" w:lineRule="auto"/>
        <w:jc w:val="both"/>
        <w:rPr>
          <w:sz w:val="28"/>
          <w:szCs w:val="28"/>
          <w:lang w:val="ru-RU"/>
        </w:rPr>
      </w:pPr>
      <w:r w:rsidRPr="00974E73">
        <w:rPr>
          <w:sz w:val="28"/>
          <w:szCs w:val="28"/>
          <w:lang w:val="ru-RU"/>
        </w:rPr>
        <w:lastRenderedPageBreak/>
        <w:t>Правление и Председатель Правления.</w:t>
      </w:r>
    </w:p>
    <w:p w14:paraId="7EA0ECFB" w14:textId="7EB0538A" w:rsidR="00CF0892" w:rsidRDefault="009A0A9B" w:rsidP="00C7743E">
      <w:pPr>
        <w:spacing w:line="276" w:lineRule="auto"/>
        <w:jc w:val="both"/>
        <w:rPr>
          <w:sz w:val="28"/>
          <w:szCs w:val="28"/>
          <w:lang w:val="ru-RU"/>
        </w:rPr>
      </w:pPr>
      <w:r>
        <w:rPr>
          <w:sz w:val="28"/>
          <w:szCs w:val="28"/>
          <w:lang w:val="ru-RU"/>
        </w:rPr>
        <w:t xml:space="preserve">         </w:t>
      </w:r>
      <w:r w:rsidR="00C7743E" w:rsidRPr="000D3CBF">
        <w:rPr>
          <w:sz w:val="28"/>
          <w:szCs w:val="28"/>
          <w:lang w:val="ru-RU"/>
        </w:rPr>
        <w:t xml:space="preserve">9.2. </w:t>
      </w:r>
      <w:r w:rsidR="00CF0892" w:rsidRPr="000D3CBF">
        <w:rPr>
          <w:sz w:val="28"/>
          <w:szCs w:val="28"/>
          <w:lang w:val="ru-RU"/>
        </w:rPr>
        <w:t>Органом контроля финансово-хозяйственной деятельности является Ревизионная комиссия.</w:t>
      </w:r>
    </w:p>
    <w:p w14:paraId="424F02C6" w14:textId="66869D7E" w:rsidR="00452B5E" w:rsidRPr="00D85610" w:rsidRDefault="00CF0892" w:rsidP="00CF0892">
      <w:pPr>
        <w:spacing w:line="276" w:lineRule="auto"/>
        <w:ind w:firstLine="360"/>
        <w:jc w:val="both"/>
        <w:rPr>
          <w:sz w:val="28"/>
          <w:szCs w:val="28"/>
          <w:lang w:val="ru-RU"/>
        </w:rPr>
      </w:pPr>
      <w:r>
        <w:rPr>
          <w:sz w:val="28"/>
          <w:szCs w:val="28"/>
          <w:lang w:val="ru-RU"/>
        </w:rPr>
        <w:t xml:space="preserve">    9.3. </w:t>
      </w:r>
      <w:r w:rsidR="00F24C46" w:rsidRPr="00D85610">
        <w:rPr>
          <w:sz w:val="28"/>
          <w:szCs w:val="28"/>
          <w:lang w:val="ru-RU"/>
        </w:rPr>
        <w:t xml:space="preserve">Членами Правления ЖСК «Вильнюс» (в том числе Председателем Правления), членом Ревизионной </w:t>
      </w:r>
      <w:r w:rsidR="00F869F9">
        <w:rPr>
          <w:sz w:val="28"/>
          <w:szCs w:val="28"/>
          <w:lang w:val="ru-RU"/>
        </w:rPr>
        <w:t xml:space="preserve">                                                                                                                                                                                                                                                                                                                                                                                                                                                                                                                                                                                                                                                                                                                                                                                                                                                                                                                                                                                                                                                                                                                                                                                                                                                                                                                                                                                                                                                                                                                                                                                                                                                                                                                                                                                                                                                                                                                                                                                                                                                                                                                                                                                                                                                                                                                                                                                                                                                                        </w:t>
      </w:r>
      <w:r w:rsidR="00F24C46" w:rsidRPr="00D85610">
        <w:rPr>
          <w:sz w:val="28"/>
          <w:szCs w:val="28"/>
          <w:lang w:val="ru-RU"/>
        </w:rPr>
        <w:t>комиссии, а также главным бухгалтером (бухгалтером при отсутствии в штате главного бухгалтера) не могут являться лица (ст. 116.1 ЖК РФ):</w:t>
      </w:r>
    </w:p>
    <w:p w14:paraId="6C2A3593" w14:textId="2A21A983" w:rsidR="00452B5E" w:rsidRPr="009A0A9B" w:rsidRDefault="00F24C46" w:rsidP="009A0A9B">
      <w:pPr>
        <w:pStyle w:val="ae"/>
        <w:numPr>
          <w:ilvl w:val="0"/>
          <w:numId w:val="19"/>
        </w:numPr>
        <w:spacing w:line="276" w:lineRule="auto"/>
        <w:jc w:val="both"/>
        <w:rPr>
          <w:sz w:val="28"/>
          <w:szCs w:val="28"/>
          <w:lang w:val="ru-RU"/>
        </w:rPr>
      </w:pPr>
      <w:r w:rsidRPr="009A0A9B">
        <w:rPr>
          <w:sz w:val="28"/>
          <w:szCs w:val="28"/>
          <w:lang w:val="ru-RU"/>
        </w:rPr>
        <w:t>имеющие судимость за умышленные преступления;</w:t>
      </w:r>
    </w:p>
    <w:p w14:paraId="2A564BD4" w14:textId="27471876" w:rsidR="00452B5E" w:rsidRPr="00974E73" w:rsidRDefault="00F24C46" w:rsidP="00974E73">
      <w:pPr>
        <w:pStyle w:val="ae"/>
        <w:numPr>
          <w:ilvl w:val="0"/>
          <w:numId w:val="19"/>
        </w:numPr>
        <w:spacing w:line="276" w:lineRule="auto"/>
        <w:jc w:val="both"/>
        <w:rPr>
          <w:sz w:val="28"/>
          <w:szCs w:val="28"/>
          <w:lang w:val="ru-RU"/>
        </w:rPr>
      </w:pPr>
      <w:r w:rsidRPr="00974E73">
        <w:rPr>
          <w:sz w:val="28"/>
          <w:szCs w:val="28"/>
          <w:lang w:val="ru-RU"/>
        </w:rPr>
        <w:t>в отношении которых не истёк срок, в течение которого они считаются подвергнутыми административному наказанию в виде дисквалификации;</w:t>
      </w:r>
    </w:p>
    <w:p w14:paraId="4BA7CE92" w14:textId="38C573C1" w:rsidR="00452B5E" w:rsidRPr="00974E73" w:rsidRDefault="00F24C46" w:rsidP="00974E73">
      <w:pPr>
        <w:pStyle w:val="ae"/>
        <w:numPr>
          <w:ilvl w:val="0"/>
          <w:numId w:val="19"/>
        </w:numPr>
        <w:spacing w:line="276" w:lineRule="auto"/>
        <w:jc w:val="both"/>
        <w:rPr>
          <w:sz w:val="28"/>
          <w:szCs w:val="28"/>
          <w:lang w:val="ru-RU"/>
        </w:rPr>
      </w:pPr>
      <w:r w:rsidRPr="00974E73">
        <w:rPr>
          <w:sz w:val="28"/>
          <w:szCs w:val="28"/>
          <w:lang w:val="ru-RU"/>
        </w:rPr>
        <w:t>которые ранее занимали руководящие должности в строительных организациях (являясь индивидуальными предпринимателями), исключёнными из членов СРО или признанными несостоятельными (банкротами), если с момента такого исключения или завершения соответствующей процедуры банкротства прошло менее трёх лет.</w:t>
      </w:r>
    </w:p>
    <w:p w14:paraId="7FAC869C" w14:textId="77777777" w:rsidR="00452B5E" w:rsidRPr="00D85610" w:rsidRDefault="00F24C46" w:rsidP="00D85610">
      <w:pPr>
        <w:spacing w:before="240" w:line="276" w:lineRule="auto"/>
        <w:jc w:val="center"/>
        <w:rPr>
          <w:sz w:val="28"/>
          <w:szCs w:val="28"/>
          <w:lang w:val="ru-RU"/>
        </w:rPr>
      </w:pPr>
      <w:r w:rsidRPr="00A65C42">
        <w:rPr>
          <w:b/>
          <w:sz w:val="28"/>
          <w:szCs w:val="28"/>
          <w:highlight w:val="lightGray"/>
          <w:lang w:val="ru-RU"/>
        </w:rPr>
        <w:t>10. ОБЩЕЕ СОБРАНИЕ ЧЛЕНОВ ЖСК «ВИЛЬНЮС»</w:t>
      </w:r>
    </w:p>
    <w:p w14:paraId="124A5A4A" w14:textId="792E47DC" w:rsidR="00984B89"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 </w:t>
      </w:r>
      <w:r w:rsidR="00984B89" w:rsidRPr="00F80E43">
        <w:rPr>
          <w:sz w:val="28"/>
          <w:szCs w:val="28"/>
          <w:lang w:val="ru-RU"/>
        </w:rPr>
        <w:t>Высшим органом управления ЖСК «Вильнюс» является Общее собрание его членов.</w:t>
      </w:r>
    </w:p>
    <w:p w14:paraId="275D88A7" w14:textId="156F7EB9" w:rsidR="00984B89" w:rsidRPr="00D85610" w:rsidRDefault="00F24C46" w:rsidP="00984B89">
      <w:pPr>
        <w:spacing w:line="276" w:lineRule="auto"/>
        <w:ind w:firstLine="720"/>
        <w:jc w:val="both"/>
        <w:rPr>
          <w:sz w:val="28"/>
          <w:szCs w:val="28"/>
          <w:lang w:val="ru-RU"/>
        </w:rPr>
      </w:pPr>
      <w:r w:rsidRPr="00D85610">
        <w:rPr>
          <w:sz w:val="28"/>
          <w:szCs w:val="28"/>
          <w:lang w:val="ru-RU"/>
        </w:rPr>
        <w:t xml:space="preserve">Общее собрание членов ЖСК </w:t>
      </w:r>
      <w:r w:rsidR="00984B89" w:rsidRPr="00D85610">
        <w:rPr>
          <w:sz w:val="28"/>
          <w:szCs w:val="28"/>
          <w:lang w:val="ru-RU"/>
        </w:rPr>
        <w:t>«Вильнюс»</w:t>
      </w:r>
      <w:r w:rsidR="00984B89">
        <w:rPr>
          <w:sz w:val="28"/>
          <w:szCs w:val="28"/>
          <w:lang w:val="ru-RU"/>
        </w:rPr>
        <w:t xml:space="preserve"> </w:t>
      </w:r>
      <w:r w:rsidRPr="00D85610">
        <w:rPr>
          <w:sz w:val="28"/>
          <w:szCs w:val="28"/>
          <w:lang w:val="ru-RU"/>
        </w:rPr>
        <w:t>проводится в целях управления многоквартирным домом путём обсуждения вопросов повестки дня и принятия решений по вопросам, поставленным на голосование.</w:t>
      </w:r>
    </w:p>
    <w:p w14:paraId="7478BF96" w14:textId="4B15186D"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10.2. </w:t>
      </w:r>
      <w:r w:rsidR="00F24C46" w:rsidRPr="00D85610">
        <w:rPr>
          <w:sz w:val="28"/>
          <w:szCs w:val="28"/>
          <w:lang w:val="ru-RU"/>
        </w:rPr>
        <w:t>Годовое общее собрание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проводится в течение первого квартала года, следующего за отчётным годом. Годовое общее собрание может быть отчётным или отчётно-перевыборным (по окончании срока полномочий Правления и Ревизионной комиссии). Внеочередное общее собрание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созывается по мере необходимости в порядке, установленном настоящим Уставом.</w:t>
      </w:r>
    </w:p>
    <w:p w14:paraId="575ACC16" w14:textId="292CCDCE"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10.3. </w:t>
      </w:r>
      <w:r w:rsidR="00F24C46" w:rsidRPr="00D85610">
        <w:rPr>
          <w:sz w:val="28"/>
          <w:szCs w:val="28"/>
          <w:lang w:val="ru-RU"/>
        </w:rPr>
        <w:t>Внеочередное и годовое общее собрание может быть созвано по инициативе Правления ЖСК, требованию Ревизионной комиссии, членами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обладающими не менее 15% голосов от общего числа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на дату предъявления требования о созыве собрания.</w:t>
      </w:r>
    </w:p>
    <w:p w14:paraId="515445BA" w14:textId="513A971B" w:rsidR="00452B5E" w:rsidRPr="00D85610" w:rsidRDefault="009A0A9B" w:rsidP="00C7743E">
      <w:pPr>
        <w:spacing w:line="276" w:lineRule="auto"/>
        <w:jc w:val="both"/>
        <w:rPr>
          <w:sz w:val="28"/>
          <w:szCs w:val="28"/>
          <w:lang w:val="ru-RU"/>
        </w:rPr>
      </w:pPr>
      <w:r>
        <w:rPr>
          <w:sz w:val="28"/>
          <w:szCs w:val="28"/>
          <w:lang w:val="ru-RU"/>
        </w:rPr>
        <w:lastRenderedPageBreak/>
        <w:t xml:space="preserve">           </w:t>
      </w:r>
      <w:r w:rsidR="00C7743E">
        <w:rPr>
          <w:sz w:val="28"/>
          <w:szCs w:val="28"/>
          <w:lang w:val="ru-RU"/>
        </w:rPr>
        <w:t xml:space="preserve">10.4. </w:t>
      </w:r>
      <w:r w:rsidR="00F24C46" w:rsidRPr="00D85610">
        <w:rPr>
          <w:sz w:val="28"/>
          <w:szCs w:val="28"/>
          <w:lang w:val="ru-RU"/>
        </w:rPr>
        <w:t>Годовое общее собрание (отчётное, отчётно-перевыборное) является обязательным, не может проводиться в форме заочного, очно-заочного голосования.</w:t>
      </w:r>
    </w:p>
    <w:p w14:paraId="2903D354" w14:textId="3114AE86"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10.5. </w:t>
      </w:r>
      <w:r w:rsidR="00F24C46" w:rsidRPr="00D85610">
        <w:rPr>
          <w:sz w:val="28"/>
          <w:szCs w:val="28"/>
          <w:lang w:val="ru-RU"/>
        </w:rPr>
        <w:t>Общее собрание, повестка дня которого включает вопросы реорганизации и ликвидации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утверждение Устава, получение заёмных средств, досрочное прекращение полномочий органов управления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утверждение годового бюджета, не может проводиться в форме заочного и очно-заочного голосования.</w:t>
      </w:r>
    </w:p>
    <w:p w14:paraId="12CF006E" w14:textId="13C4A697"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10.6. </w:t>
      </w:r>
      <w:r w:rsidR="00F24C46" w:rsidRPr="00D85610">
        <w:rPr>
          <w:sz w:val="28"/>
          <w:szCs w:val="28"/>
          <w:lang w:val="ru-RU"/>
        </w:rPr>
        <w:t>Повестка дня может быть дополнена по требованию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Ревизионной комиссии, составляющих не менее 10 (десяти) процентов от общего числа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w:t>
      </w:r>
    </w:p>
    <w:p w14:paraId="2A50374E" w14:textId="77877738"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10.7. </w:t>
      </w:r>
      <w:r w:rsidR="00F24C46" w:rsidRPr="00D85610">
        <w:rPr>
          <w:sz w:val="28"/>
          <w:szCs w:val="28"/>
          <w:lang w:val="ru-RU"/>
        </w:rPr>
        <w:t>Общее собрание не вправе принимать решения по вопросам, не включённым в повестку дня общего собрания, а также изменять повестку дня общего собрания, за исключением случаев невключения в повестку дня общего собрания требования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составляющих не менее 10% от общего числа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w:t>
      </w:r>
    </w:p>
    <w:p w14:paraId="62667FC7" w14:textId="1A620E2D"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10.8. </w:t>
      </w:r>
      <w:r w:rsidR="00F24C46" w:rsidRPr="00D85610">
        <w:rPr>
          <w:sz w:val="28"/>
          <w:szCs w:val="28"/>
          <w:lang w:val="ru-RU"/>
        </w:rPr>
        <w:t>Члены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и собственники вправе обратиться в письменной форме либо с использованием региональной информационной системы (ГИС ЖКХ) 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для организации проведения годового, внеочередного общего собрания членов ЖСК. В обращении о проведении общего собрания должны быть сформулированы вопросы, подлежащие внесению в повестку дня собрания.</w:t>
      </w:r>
    </w:p>
    <w:p w14:paraId="1140EA56" w14:textId="65466DEE"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10.9. </w:t>
      </w:r>
      <w:r w:rsidR="00F24C46" w:rsidRPr="00D85610">
        <w:rPr>
          <w:sz w:val="28"/>
          <w:szCs w:val="28"/>
          <w:lang w:val="ru-RU"/>
        </w:rPr>
        <w:t>Требование о созыве общего собрания должно содержать сведения о таких членах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или собственниках (фамилию, имя, отчество, сведения о помещениях, находящихся в их собственности). Требование должно быть завизировано личной подписью гражданина.</w:t>
      </w:r>
    </w:p>
    <w:p w14:paraId="026A8E15" w14:textId="6F866381"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10.10. </w:t>
      </w:r>
      <w:r w:rsidR="00F24C46" w:rsidRPr="00D85610">
        <w:rPr>
          <w:sz w:val="28"/>
          <w:szCs w:val="28"/>
          <w:lang w:val="ru-RU"/>
        </w:rPr>
        <w:t xml:space="preserve">Правление ЖСК </w:t>
      </w:r>
      <w:r w:rsidR="00984B89" w:rsidRPr="00D85610">
        <w:rPr>
          <w:sz w:val="28"/>
          <w:szCs w:val="28"/>
          <w:lang w:val="ru-RU"/>
        </w:rPr>
        <w:t>«Вильнюс»</w:t>
      </w:r>
      <w:r w:rsidR="00984B89">
        <w:rPr>
          <w:sz w:val="28"/>
          <w:szCs w:val="28"/>
          <w:lang w:val="ru-RU"/>
        </w:rPr>
        <w:t xml:space="preserve"> </w:t>
      </w:r>
      <w:r w:rsidR="00F24C46" w:rsidRPr="00D85610">
        <w:rPr>
          <w:sz w:val="28"/>
          <w:szCs w:val="28"/>
          <w:lang w:val="ru-RU"/>
        </w:rPr>
        <w:t>обязано осуществить мероприятия, необходимые для проведения общего собрания по требованию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или собственников, в течение 14 (четырнадцати) рабочих дней с момента поступления обращения и не позднее чем за десять дней до даты проведения общего собрания уведомить о проведении этого общего собрания в установленном порядке, а также обеспечить доведение информации об итогах голосования до сведения собственников помещений.</w:t>
      </w:r>
    </w:p>
    <w:p w14:paraId="4CD96EE1" w14:textId="065C9E42" w:rsidR="00452B5E" w:rsidRPr="00D85610" w:rsidRDefault="009A0A9B" w:rsidP="00C7743E">
      <w:pPr>
        <w:spacing w:line="276" w:lineRule="auto"/>
        <w:jc w:val="both"/>
        <w:rPr>
          <w:sz w:val="28"/>
          <w:szCs w:val="28"/>
          <w:lang w:val="ru-RU"/>
        </w:rPr>
      </w:pPr>
      <w:r>
        <w:rPr>
          <w:sz w:val="28"/>
          <w:szCs w:val="28"/>
          <w:lang w:val="ru-RU"/>
        </w:rPr>
        <w:lastRenderedPageBreak/>
        <w:t xml:space="preserve">           </w:t>
      </w:r>
      <w:r w:rsidR="00C7743E">
        <w:rPr>
          <w:sz w:val="28"/>
          <w:szCs w:val="28"/>
          <w:lang w:val="ru-RU"/>
        </w:rPr>
        <w:t xml:space="preserve">10.11. </w:t>
      </w:r>
      <w:r w:rsidR="00F24C46" w:rsidRPr="00D85610">
        <w:rPr>
          <w:sz w:val="28"/>
          <w:szCs w:val="28"/>
          <w:lang w:val="ru-RU"/>
        </w:rPr>
        <w:t>Внеочередное общее собрание по вопросам, которые были включены в повестку дня ранее проведённого собрания и по которым были приняты решения, может быть созвано по истечении 10 дней при условии размещения протокола и решения общего собрания в системе ГИС ЖКХ лицом, инициировавшим общее собрание.</w:t>
      </w:r>
    </w:p>
    <w:p w14:paraId="4C7F90DF" w14:textId="632186B9"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10.12. </w:t>
      </w:r>
      <w:r w:rsidR="00F24C46" w:rsidRPr="00D85610">
        <w:rPr>
          <w:sz w:val="28"/>
          <w:szCs w:val="28"/>
          <w:lang w:val="ru-RU"/>
        </w:rPr>
        <w:t xml:space="preserve">Общее собрание правомочно (имеет кворум), если в нём приняли участие члены ЖСК </w:t>
      </w:r>
      <w:r w:rsidR="00984B89" w:rsidRPr="00D85610">
        <w:rPr>
          <w:sz w:val="28"/>
          <w:szCs w:val="28"/>
          <w:lang w:val="ru-RU"/>
        </w:rPr>
        <w:t>«Вильнюс»</w:t>
      </w:r>
      <w:r w:rsidR="00984B89">
        <w:rPr>
          <w:sz w:val="28"/>
          <w:szCs w:val="28"/>
          <w:lang w:val="ru-RU"/>
        </w:rPr>
        <w:t xml:space="preserve"> </w:t>
      </w:r>
      <w:r w:rsidR="00F24C46" w:rsidRPr="00D85610">
        <w:rPr>
          <w:sz w:val="28"/>
          <w:szCs w:val="28"/>
          <w:lang w:val="ru-RU"/>
        </w:rPr>
        <w:t>или их представители, обладающие более чем пятьюдесятью процентами голосов от общего числа голосов.</w:t>
      </w:r>
    </w:p>
    <w:p w14:paraId="54E59167" w14:textId="3643B74F"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10.13. </w:t>
      </w:r>
      <w:r w:rsidR="00F24C46" w:rsidRPr="00D85610">
        <w:rPr>
          <w:sz w:val="28"/>
          <w:szCs w:val="28"/>
          <w:lang w:val="ru-RU"/>
        </w:rPr>
        <w:t>При отсутствии кворума должно быть проведено повторное общее собрание с той же повесткой дня. Повторное общее собрание должно быть проведено не позднее 14 (четырнадцати) календарных дней с даты проведения первого собрания. Сообщение о проведении повторного общего собрания размещается в течение 2-х дней с даты проведения первого собрания в порядке, предусмотренном настоящим Уставом.</w:t>
      </w:r>
    </w:p>
    <w:p w14:paraId="060806D2" w14:textId="2F0FFB8E"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10.14. </w:t>
      </w:r>
      <w:r w:rsidR="00F24C46" w:rsidRPr="00D85610">
        <w:rPr>
          <w:sz w:val="28"/>
          <w:szCs w:val="28"/>
          <w:lang w:val="ru-RU"/>
        </w:rPr>
        <w:t>Решения на повторном общем собрании по вопросам, относящимся к исключительной компетенции общего собрания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принимаются простым большинством присутствующих членов ЖСК, но не менее </w:t>
      </w:r>
      <w:r w:rsidR="00050B61" w:rsidRPr="00050B61">
        <w:rPr>
          <w:sz w:val="32"/>
          <w:szCs w:val="32"/>
          <w:vertAlign w:val="subscript"/>
          <w:lang w:val="ru-RU"/>
        </w:rPr>
        <w:t>1/2</w:t>
      </w:r>
      <w:r w:rsidR="00F24C46" w:rsidRPr="00D85610">
        <w:rPr>
          <w:sz w:val="28"/>
          <w:szCs w:val="28"/>
          <w:lang w:val="ru-RU"/>
        </w:rPr>
        <w:t xml:space="preserve"> присутствующих, а по вопросам, указанным в п. 10.2</w:t>
      </w:r>
      <w:r w:rsidR="00D80DDA">
        <w:rPr>
          <w:sz w:val="28"/>
          <w:szCs w:val="28"/>
          <w:lang w:val="ru-RU"/>
        </w:rPr>
        <w:t>3</w:t>
      </w:r>
      <w:r w:rsidR="00F24C46" w:rsidRPr="00D85610">
        <w:rPr>
          <w:sz w:val="28"/>
          <w:szCs w:val="28"/>
          <w:lang w:val="ru-RU"/>
        </w:rPr>
        <w:t xml:space="preserve"> подпункты а, в, г, д, е, ж, и, к, о, п, р, с, у</w:t>
      </w:r>
      <w:r w:rsidR="001C6780">
        <w:rPr>
          <w:sz w:val="28"/>
          <w:szCs w:val="28"/>
          <w:lang w:val="ru-RU"/>
        </w:rPr>
        <w:t>, х</w:t>
      </w:r>
      <w:r w:rsidR="00F24C46" w:rsidRPr="00D85610">
        <w:rPr>
          <w:sz w:val="28"/>
          <w:szCs w:val="28"/>
          <w:lang w:val="ru-RU"/>
        </w:rPr>
        <w:t xml:space="preserve"> – более ¾ присутствующих.</w:t>
      </w:r>
    </w:p>
    <w:p w14:paraId="7CFA5710" w14:textId="0324457D"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10.15. </w:t>
      </w:r>
      <w:r w:rsidR="00F24C46" w:rsidRPr="00D85610">
        <w:rPr>
          <w:sz w:val="28"/>
          <w:szCs w:val="28"/>
          <w:lang w:val="ru-RU"/>
        </w:rPr>
        <w:t>Решения по вопросам, не относящимся к компетенции общего собрания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принимаются квалифицированным большинством в соответствии с Жилищным кодексом РФ.</w:t>
      </w:r>
    </w:p>
    <w:p w14:paraId="2AEB0A88" w14:textId="11682506"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10.16. </w:t>
      </w:r>
      <w:r w:rsidR="00F24C46" w:rsidRPr="00D85610">
        <w:rPr>
          <w:sz w:val="28"/>
          <w:szCs w:val="28"/>
          <w:lang w:val="ru-RU"/>
        </w:rPr>
        <w:t>Решения общего собрания оформляются протоколами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15FFD7DA" w14:textId="55E3F3CE"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10.17. </w:t>
      </w:r>
      <w:r w:rsidR="00F24C46" w:rsidRPr="00D85610">
        <w:rPr>
          <w:sz w:val="28"/>
          <w:szCs w:val="28"/>
          <w:lang w:val="ru-RU"/>
        </w:rPr>
        <w:t>Решения, принятые общим собранием, а также итоги голосования доводятся до сведения собственников помещений путём размещения информации на информационных стендах в холле первого этажа жилых подъездов, публикации на официальном сайте ЖСК «Вильнюс».</w:t>
      </w:r>
    </w:p>
    <w:p w14:paraId="130894E0" w14:textId="16F1D21D"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10.18. </w:t>
      </w:r>
      <w:r w:rsidR="00F24C46" w:rsidRPr="00D85610">
        <w:rPr>
          <w:sz w:val="28"/>
          <w:szCs w:val="28"/>
          <w:lang w:val="ru-RU"/>
        </w:rPr>
        <w:t xml:space="preserve">Копии протоколов и решений </w:t>
      </w:r>
      <w:r w:rsidR="0081721A" w:rsidRPr="00D85610">
        <w:rPr>
          <w:sz w:val="28"/>
          <w:szCs w:val="28"/>
          <w:lang w:val="ru-RU"/>
        </w:rPr>
        <w:t>Обще</w:t>
      </w:r>
      <w:r w:rsidR="0081721A">
        <w:rPr>
          <w:sz w:val="28"/>
          <w:szCs w:val="28"/>
          <w:lang w:val="ru-RU"/>
        </w:rPr>
        <w:t>го</w:t>
      </w:r>
      <w:r w:rsidR="0081721A" w:rsidRPr="00D85610">
        <w:rPr>
          <w:sz w:val="28"/>
          <w:szCs w:val="28"/>
          <w:lang w:val="ru-RU"/>
        </w:rPr>
        <w:t xml:space="preserve"> собрани</w:t>
      </w:r>
      <w:r w:rsidR="0081721A">
        <w:rPr>
          <w:sz w:val="28"/>
          <w:szCs w:val="28"/>
          <w:lang w:val="ru-RU"/>
        </w:rPr>
        <w:t>я</w:t>
      </w:r>
      <w:r w:rsidR="0081721A" w:rsidRPr="00D85610">
        <w:rPr>
          <w:sz w:val="28"/>
          <w:szCs w:val="28"/>
          <w:lang w:val="ru-RU"/>
        </w:rPr>
        <w:t xml:space="preserve"> </w:t>
      </w:r>
      <w:r w:rsidR="00F24C46" w:rsidRPr="00D85610">
        <w:rPr>
          <w:sz w:val="28"/>
          <w:szCs w:val="28"/>
          <w:lang w:val="ru-RU"/>
        </w:rPr>
        <w:t>по вопросам, поставленным на голосование, хранятся в месте или по адресу, которые определены решением собрания.</w:t>
      </w:r>
    </w:p>
    <w:p w14:paraId="4B43FE36" w14:textId="593F0879" w:rsidR="00452B5E" w:rsidRPr="00D85610" w:rsidRDefault="009A0A9B" w:rsidP="00C7743E">
      <w:pPr>
        <w:spacing w:line="276" w:lineRule="auto"/>
        <w:jc w:val="both"/>
        <w:rPr>
          <w:sz w:val="28"/>
          <w:szCs w:val="28"/>
          <w:lang w:val="ru-RU"/>
        </w:rPr>
      </w:pPr>
      <w:r>
        <w:rPr>
          <w:sz w:val="28"/>
          <w:szCs w:val="28"/>
          <w:lang w:val="ru-RU"/>
        </w:rPr>
        <w:lastRenderedPageBreak/>
        <w:t xml:space="preserve">          </w:t>
      </w:r>
      <w:r w:rsidR="00C7743E">
        <w:rPr>
          <w:sz w:val="28"/>
          <w:szCs w:val="28"/>
          <w:lang w:val="ru-RU"/>
        </w:rPr>
        <w:t xml:space="preserve">10.19. </w:t>
      </w:r>
      <w:r w:rsidR="00F24C46" w:rsidRPr="00D85610">
        <w:rPr>
          <w:sz w:val="28"/>
          <w:szCs w:val="28"/>
          <w:lang w:val="ru-RU"/>
        </w:rPr>
        <w:t>Решение общего собрания по вопросам, отнесённым к компетенции такого собрания, является обязательным для всех членов ЖСК и собственников, в том числе для тех, кто не участвовал в голосовании.</w:t>
      </w:r>
    </w:p>
    <w:p w14:paraId="0A7C373C" w14:textId="580E6803"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10.20. </w:t>
      </w:r>
      <w:r w:rsidR="00F24C46" w:rsidRPr="00D85610">
        <w:rPr>
          <w:sz w:val="28"/>
          <w:szCs w:val="28"/>
          <w:lang w:val="ru-RU"/>
        </w:rPr>
        <w:t>Каждый член ЖСК на общем собрании обладает одним голосом, а по вопросам, не относящимся к исключительной компетенции членов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подсчёт голосов проводится исходя из размера площади пропорционально его доле в праве общей собственности на общее имущество.</w:t>
      </w:r>
    </w:p>
    <w:p w14:paraId="5A5FB590" w14:textId="64F4D051" w:rsidR="00452B5E" w:rsidRPr="00D85610" w:rsidRDefault="009A0A9B" w:rsidP="00C7743E">
      <w:pPr>
        <w:spacing w:line="276" w:lineRule="auto"/>
        <w:jc w:val="both"/>
        <w:rPr>
          <w:sz w:val="28"/>
          <w:szCs w:val="28"/>
          <w:lang w:val="ru-RU"/>
        </w:rPr>
      </w:pPr>
      <w:r>
        <w:rPr>
          <w:sz w:val="28"/>
          <w:szCs w:val="28"/>
          <w:lang w:val="ru-RU"/>
        </w:rPr>
        <w:t xml:space="preserve">          </w:t>
      </w:r>
      <w:r w:rsidR="00C7743E">
        <w:rPr>
          <w:sz w:val="28"/>
          <w:szCs w:val="28"/>
          <w:lang w:val="ru-RU"/>
        </w:rPr>
        <w:t xml:space="preserve">10.21. </w:t>
      </w:r>
      <w:r w:rsidR="00F24C46" w:rsidRPr="00D85610">
        <w:rPr>
          <w:sz w:val="28"/>
          <w:szCs w:val="28"/>
          <w:lang w:val="ru-RU"/>
        </w:rPr>
        <w:t>Собственники помещений, члены ЖСК</w:t>
      </w:r>
      <w:r w:rsidR="00984B89">
        <w:rPr>
          <w:sz w:val="28"/>
          <w:szCs w:val="28"/>
          <w:lang w:val="ru-RU"/>
        </w:rPr>
        <w:t xml:space="preserve"> </w:t>
      </w:r>
      <w:r w:rsidR="00984B89" w:rsidRPr="00D85610">
        <w:rPr>
          <w:sz w:val="28"/>
          <w:szCs w:val="28"/>
          <w:lang w:val="ru-RU"/>
        </w:rPr>
        <w:t>«Вильнюс»</w:t>
      </w:r>
      <w:r w:rsidR="00F24C46" w:rsidRPr="00D85610">
        <w:rPr>
          <w:sz w:val="28"/>
          <w:szCs w:val="28"/>
          <w:lang w:val="ru-RU"/>
        </w:rPr>
        <w:t xml:space="preserve"> голосуют по повестке дня лично либо через своих представителей по доверенности. Доверенность должна содержать сведения</w:t>
      </w:r>
      <w:r w:rsidR="00BF3EDA">
        <w:rPr>
          <w:sz w:val="28"/>
          <w:szCs w:val="28"/>
          <w:lang w:val="ru-RU"/>
        </w:rPr>
        <w:t xml:space="preserve"> о</w:t>
      </w:r>
      <w:r w:rsidR="00F24C46" w:rsidRPr="00D85610">
        <w:rPr>
          <w:sz w:val="28"/>
          <w:szCs w:val="28"/>
          <w:lang w:val="ru-RU"/>
        </w:rPr>
        <w:t xml:space="preserve"> собственнике помещения / члене ЖСК и его представителе и должна быть оформлена в соответствии с требованиями пунктов 3 и 4 статьи 185.1 Гражданского кодекса Российской Федерации или удостоверена нотариально и требованиями ЖК РФ.</w:t>
      </w:r>
    </w:p>
    <w:p w14:paraId="24C53B11" w14:textId="5E43300D" w:rsidR="00452B5E" w:rsidRPr="00D85610" w:rsidRDefault="009A0A9B" w:rsidP="002E70C5">
      <w:pPr>
        <w:spacing w:line="276" w:lineRule="auto"/>
        <w:jc w:val="both"/>
        <w:rPr>
          <w:sz w:val="28"/>
          <w:szCs w:val="28"/>
          <w:lang w:val="ru-RU"/>
        </w:rPr>
      </w:pPr>
      <w:r>
        <w:rPr>
          <w:sz w:val="28"/>
          <w:szCs w:val="28"/>
          <w:lang w:val="ru-RU"/>
        </w:rPr>
        <w:t xml:space="preserve">        </w:t>
      </w:r>
      <w:r w:rsidR="00C7743E">
        <w:rPr>
          <w:sz w:val="28"/>
          <w:szCs w:val="28"/>
          <w:lang w:val="ru-RU"/>
        </w:rPr>
        <w:t xml:space="preserve">10.21.1. </w:t>
      </w:r>
      <w:r w:rsidR="00F24C46" w:rsidRPr="00D85610">
        <w:rPr>
          <w:sz w:val="28"/>
          <w:szCs w:val="28"/>
          <w:lang w:val="ru-RU"/>
        </w:rPr>
        <w:t xml:space="preserve">Участие в общем собрании представителя не лишает права члена ЖСК </w:t>
      </w:r>
      <w:r w:rsidR="00BF3EDA" w:rsidRPr="00D85610">
        <w:rPr>
          <w:sz w:val="28"/>
          <w:szCs w:val="28"/>
          <w:lang w:val="ru-RU"/>
        </w:rPr>
        <w:t>«Вильнюс»</w:t>
      </w:r>
      <w:r w:rsidR="00BF3EDA">
        <w:rPr>
          <w:sz w:val="28"/>
          <w:szCs w:val="28"/>
          <w:lang w:val="ru-RU"/>
        </w:rPr>
        <w:t xml:space="preserve"> </w:t>
      </w:r>
      <w:r w:rsidR="00F24C46" w:rsidRPr="00D85610">
        <w:rPr>
          <w:sz w:val="28"/>
          <w:szCs w:val="28"/>
          <w:lang w:val="ru-RU"/>
        </w:rPr>
        <w:t>присутствовать на данном собрании, в то время как право голоса имеет только один из них. Представитель обязан сдать доверенность в регистрационную комиссию или копию нотариально удостоверенной доверенности.</w:t>
      </w:r>
    </w:p>
    <w:p w14:paraId="3D77C847" w14:textId="24A2EFDD" w:rsidR="00452B5E" w:rsidRPr="00C7743E" w:rsidRDefault="009A0A9B" w:rsidP="00C7743E">
      <w:pPr>
        <w:spacing w:line="276" w:lineRule="auto"/>
        <w:jc w:val="both"/>
        <w:rPr>
          <w:bCs/>
          <w:sz w:val="28"/>
          <w:szCs w:val="28"/>
          <w:lang w:val="ru-RU"/>
        </w:rPr>
      </w:pPr>
      <w:r>
        <w:rPr>
          <w:bCs/>
          <w:sz w:val="28"/>
          <w:szCs w:val="28"/>
          <w:lang w:val="ru-RU"/>
        </w:rPr>
        <w:t xml:space="preserve">        </w:t>
      </w:r>
      <w:r w:rsidR="00C7743E" w:rsidRPr="00C7743E">
        <w:rPr>
          <w:bCs/>
          <w:sz w:val="28"/>
          <w:szCs w:val="28"/>
          <w:lang w:val="ru-RU"/>
        </w:rPr>
        <w:t xml:space="preserve">10.22. </w:t>
      </w:r>
      <w:r w:rsidR="00F24C46" w:rsidRPr="00C7743E">
        <w:rPr>
          <w:bCs/>
          <w:sz w:val="28"/>
          <w:szCs w:val="28"/>
          <w:lang w:val="ru-RU"/>
        </w:rPr>
        <w:t>Формы проведения общего собрания:</w:t>
      </w:r>
    </w:p>
    <w:p w14:paraId="374B221C" w14:textId="0EFE11DC" w:rsidR="00452B5E" w:rsidRPr="00974E73" w:rsidRDefault="00F24C46" w:rsidP="00D85610">
      <w:pPr>
        <w:spacing w:line="276" w:lineRule="auto"/>
        <w:ind w:left="709" w:hanging="283"/>
        <w:jc w:val="both"/>
        <w:rPr>
          <w:bCs/>
          <w:sz w:val="28"/>
          <w:szCs w:val="28"/>
          <w:lang w:val="ru-RU"/>
        </w:rPr>
      </w:pPr>
      <w:r w:rsidRPr="00974E73">
        <w:rPr>
          <w:bCs/>
          <w:sz w:val="28"/>
          <w:szCs w:val="28"/>
          <w:lang w:val="ru-RU"/>
        </w:rPr>
        <w:t xml:space="preserve">а) в очной форме при совместном присутствии членов ЖСК </w:t>
      </w:r>
      <w:r w:rsidR="00BF3EDA" w:rsidRPr="00D85610">
        <w:rPr>
          <w:sz w:val="28"/>
          <w:szCs w:val="28"/>
          <w:lang w:val="ru-RU"/>
        </w:rPr>
        <w:t>«Вильнюс»</w:t>
      </w:r>
      <w:r w:rsidR="00BF3EDA">
        <w:rPr>
          <w:sz w:val="28"/>
          <w:szCs w:val="28"/>
          <w:lang w:val="ru-RU"/>
        </w:rPr>
        <w:t xml:space="preserve"> </w:t>
      </w:r>
      <w:r w:rsidRPr="00974E73">
        <w:rPr>
          <w:bCs/>
          <w:sz w:val="28"/>
          <w:szCs w:val="28"/>
          <w:lang w:val="ru-RU"/>
        </w:rPr>
        <w:t xml:space="preserve">в конкретном месте и конкретное время для обсуждения вопросов повестки дня и принятия решений по вопросам, поставленным на голосование. Голосование на </w:t>
      </w:r>
      <w:r w:rsidR="0081721A" w:rsidRPr="00D85610">
        <w:rPr>
          <w:sz w:val="28"/>
          <w:szCs w:val="28"/>
          <w:lang w:val="ru-RU"/>
        </w:rPr>
        <w:t>Обще</w:t>
      </w:r>
      <w:r w:rsidR="0081721A">
        <w:rPr>
          <w:sz w:val="28"/>
          <w:szCs w:val="28"/>
          <w:lang w:val="ru-RU"/>
        </w:rPr>
        <w:t>м</w:t>
      </w:r>
      <w:r w:rsidR="0081721A" w:rsidRPr="00D85610">
        <w:rPr>
          <w:sz w:val="28"/>
          <w:szCs w:val="28"/>
          <w:lang w:val="ru-RU"/>
        </w:rPr>
        <w:t xml:space="preserve"> собрани</w:t>
      </w:r>
      <w:r w:rsidR="0081721A">
        <w:rPr>
          <w:sz w:val="28"/>
          <w:szCs w:val="28"/>
          <w:lang w:val="ru-RU"/>
        </w:rPr>
        <w:t>и</w:t>
      </w:r>
      <w:r w:rsidR="0081721A" w:rsidRPr="00974E73">
        <w:rPr>
          <w:bCs/>
          <w:sz w:val="28"/>
          <w:szCs w:val="28"/>
          <w:lang w:val="ru-RU"/>
        </w:rPr>
        <w:t xml:space="preserve"> </w:t>
      </w:r>
      <w:r w:rsidRPr="00974E73">
        <w:rPr>
          <w:bCs/>
          <w:sz w:val="28"/>
          <w:szCs w:val="28"/>
          <w:lang w:val="ru-RU"/>
        </w:rPr>
        <w:t>в очной форме может проводиться посредством опроса в письменной форме по вопросам, включённым в повестку дня.</w:t>
      </w:r>
    </w:p>
    <w:p w14:paraId="58686F9A" w14:textId="77777777" w:rsidR="00452B5E" w:rsidRPr="00974E73" w:rsidRDefault="00F24C46" w:rsidP="00D85610">
      <w:pPr>
        <w:spacing w:line="276" w:lineRule="auto"/>
        <w:ind w:left="709" w:hanging="283"/>
        <w:jc w:val="both"/>
        <w:rPr>
          <w:bCs/>
          <w:sz w:val="28"/>
          <w:szCs w:val="28"/>
          <w:lang w:val="ru-RU"/>
        </w:rPr>
      </w:pPr>
      <w:r w:rsidRPr="00974E73">
        <w:rPr>
          <w:bCs/>
          <w:sz w:val="28"/>
          <w:szCs w:val="28"/>
          <w:lang w:val="ru-RU"/>
        </w:rPr>
        <w:t>б) в форме заочного голосования (опросным путём или с использованием системы в соответствии со статьями 47, 47.1 ЖК РФ).</w:t>
      </w:r>
    </w:p>
    <w:p w14:paraId="398E4235" w14:textId="6F184224" w:rsidR="00452B5E" w:rsidRPr="00D85610" w:rsidRDefault="00F24C46" w:rsidP="00D85610">
      <w:pPr>
        <w:spacing w:line="276" w:lineRule="auto"/>
        <w:ind w:left="709" w:hanging="283"/>
        <w:jc w:val="both"/>
        <w:rPr>
          <w:sz w:val="28"/>
          <w:szCs w:val="28"/>
          <w:lang w:val="ru-RU"/>
        </w:rPr>
      </w:pPr>
      <w:r w:rsidRPr="00974E73">
        <w:rPr>
          <w:bCs/>
          <w:sz w:val="28"/>
          <w:szCs w:val="28"/>
          <w:lang w:val="ru-RU"/>
        </w:rPr>
        <w:t>в</w:t>
      </w:r>
      <w:r w:rsidRPr="00D85610">
        <w:rPr>
          <w:b/>
          <w:sz w:val="28"/>
          <w:szCs w:val="28"/>
          <w:lang w:val="ru-RU"/>
        </w:rPr>
        <w:t xml:space="preserve">) </w:t>
      </w:r>
      <w:r w:rsidRPr="00D85610">
        <w:rPr>
          <w:sz w:val="28"/>
          <w:szCs w:val="28"/>
          <w:lang w:val="ru-RU"/>
        </w:rPr>
        <w:t xml:space="preserve">в очно-заочной форме – очной форме при совместном присутствии членов ЖСК </w:t>
      </w:r>
      <w:r w:rsidR="00BF3EDA" w:rsidRPr="00D85610">
        <w:rPr>
          <w:sz w:val="28"/>
          <w:szCs w:val="28"/>
          <w:lang w:val="ru-RU"/>
        </w:rPr>
        <w:t>«Вильнюс»</w:t>
      </w:r>
      <w:r w:rsidR="00BF3EDA">
        <w:rPr>
          <w:sz w:val="28"/>
          <w:szCs w:val="28"/>
          <w:lang w:val="ru-RU"/>
        </w:rPr>
        <w:t xml:space="preserve"> </w:t>
      </w:r>
      <w:r w:rsidRPr="00D85610">
        <w:rPr>
          <w:sz w:val="28"/>
          <w:szCs w:val="28"/>
          <w:lang w:val="ru-RU"/>
        </w:rPr>
        <w:t>и заочной в форме опроса – без совместного присутствия.</w:t>
      </w:r>
    </w:p>
    <w:p w14:paraId="218ECE3D" w14:textId="6D2F9485" w:rsidR="00452B5E" w:rsidRPr="00D85610" w:rsidRDefault="00A64A91" w:rsidP="00D85610">
      <w:pPr>
        <w:spacing w:line="276" w:lineRule="auto"/>
        <w:jc w:val="both"/>
        <w:rPr>
          <w:sz w:val="28"/>
          <w:szCs w:val="28"/>
          <w:lang w:val="ru-RU"/>
        </w:rPr>
      </w:pPr>
      <w:r>
        <w:rPr>
          <w:sz w:val="28"/>
          <w:szCs w:val="28"/>
          <w:lang w:val="ru-RU"/>
        </w:rPr>
        <w:t xml:space="preserve">        </w:t>
      </w:r>
      <w:r w:rsidR="00C7743E">
        <w:rPr>
          <w:sz w:val="28"/>
          <w:szCs w:val="28"/>
          <w:lang w:val="ru-RU"/>
        </w:rPr>
        <w:t xml:space="preserve">10.23. </w:t>
      </w:r>
      <w:r w:rsidR="00F24C46" w:rsidRPr="00D85610">
        <w:rPr>
          <w:sz w:val="28"/>
          <w:szCs w:val="28"/>
          <w:lang w:val="ru-RU"/>
        </w:rPr>
        <w:t>К компетенции общего собрания членов ЖСК относится:</w:t>
      </w:r>
    </w:p>
    <w:p w14:paraId="7E8AAB9C" w14:textId="661F0939" w:rsidR="00452B5E" w:rsidRPr="00D85610" w:rsidRDefault="00F24C46" w:rsidP="00D85610">
      <w:pPr>
        <w:spacing w:line="276" w:lineRule="auto"/>
        <w:ind w:left="709" w:hanging="283"/>
        <w:jc w:val="both"/>
        <w:rPr>
          <w:sz w:val="28"/>
          <w:szCs w:val="28"/>
          <w:lang w:val="ru-RU"/>
        </w:rPr>
      </w:pPr>
      <w:r w:rsidRPr="00D85610">
        <w:rPr>
          <w:sz w:val="28"/>
          <w:szCs w:val="28"/>
          <w:lang w:val="ru-RU"/>
        </w:rPr>
        <w:t>а) внесение изменений в Устав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xml:space="preserve"> или утверждение Устава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xml:space="preserve"> в новой редакции;</w:t>
      </w:r>
    </w:p>
    <w:p w14:paraId="28E67B61" w14:textId="07F83378" w:rsidR="00452B5E" w:rsidRPr="00D85610" w:rsidRDefault="00F24C46" w:rsidP="00D85610">
      <w:pPr>
        <w:spacing w:line="276" w:lineRule="auto"/>
        <w:ind w:left="709" w:hanging="283"/>
        <w:jc w:val="both"/>
        <w:rPr>
          <w:sz w:val="28"/>
          <w:szCs w:val="28"/>
          <w:lang w:val="ru-RU"/>
        </w:rPr>
      </w:pPr>
      <w:r w:rsidRPr="00D85610">
        <w:rPr>
          <w:sz w:val="28"/>
          <w:szCs w:val="28"/>
          <w:lang w:val="ru-RU"/>
        </w:rPr>
        <w:lastRenderedPageBreak/>
        <w:t>б) утверждение внутренних документов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регулирующих деятельность органов управления кооператива и иных его органов, предусмотренных настоящим Уставом;</w:t>
      </w:r>
    </w:p>
    <w:p w14:paraId="2D180DE2" w14:textId="0E09D57C" w:rsidR="00452B5E" w:rsidRPr="00D85610" w:rsidRDefault="00F24C46" w:rsidP="00D85610">
      <w:pPr>
        <w:spacing w:line="276" w:lineRule="auto"/>
        <w:ind w:left="709" w:hanging="283"/>
        <w:jc w:val="both"/>
        <w:rPr>
          <w:sz w:val="28"/>
          <w:szCs w:val="28"/>
          <w:lang w:val="ru-RU"/>
        </w:rPr>
      </w:pPr>
      <w:r w:rsidRPr="00D85610">
        <w:rPr>
          <w:sz w:val="28"/>
          <w:szCs w:val="28"/>
          <w:lang w:val="ru-RU"/>
        </w:rPr>
        <w:t>в) принятие решения о реорганизации или ликвидации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назначение ликвидационной комиссии, утверждение промежуточного и окончательного ликвидационных балансов;</w:t>
      </w:r>
    </w:p>
    <w:p w14:paraId="0ED9622F" w14:textId="4D1EABBD" w:rsidR="00452B5E" w:rsidRPr="00D85610" w:rsidRDefault="00F24C46" w:rsidP="00D85610">
      <w:pPr>
        <w:spacing w:line="276" w:lineRule="auto"/>
        <w:ind w:left="709" w:hanging="283"/>
        <w:jc w:val="both"/>
        <w:rPr>
          <w:sz w:val="28"/>
          <w:szCs w:val="28"/>
          <w:lang w:val="ru-RU"/>
        </w:rPr>
      </w:pPr>
      <w:r w:rsidRPr="00D85610">
        <w:rPr>
          <w:sz w:val="28"/>
          <w:szCs w:val="28"/>
          <w:lang w:val="ru-RU"/>
        </w:rPr>
        <w:t>г) установление размера обязательных платежей и взносов членов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w:t>
      </w:r>
    </w:p>
    <w:p w14:paraId="449858B3"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д) принятие решений о текущем ремонте общего имущества, утверждение сметы, проектов договоров;</w:t>
      </w:r>
    </w:p>
    <w:p w14:paraId="238FAAA3" w14:textId="5DB94A9C" w:rsidR="00452B5E" w:rsidRPr="00D85610" w:rsidRDefault="00F24C46" w:rsidP="00D85610">
      <w:pPr>
        <w:spacing w:line="276" w:lineRule="auto"/>
        <w:ind w:left="709" w:hanging="283"/>
        <w:jc w:val="both"/>
        <w:rPr>
          <w:sz w:val="28"/>
          <w:szCs w:val="28"/>
          <w:lang w:val="ru-RU"/>
        </w:rPr>
      </w:pPr>
      <w:r w:rsidRPr="00D85610">
        <w:rPr>
          <w:sz w:val="28"/>
          <w:szCs w:val="28"/>
          <w:lang w:val="ru-RU"/>
        </w:rPr>
        <w:t>е) распоряжение объектами недвижимого имущества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w:t>
      </w:r>
    </w:p>
    <w:p w14:paraId="5992005C" w14:textId="6F7B8556" w:rsidR="00452B5E" w:rsidRPr="00D85610" w:rsidRDefault="00F24C46" w:rsidP="00D85610">
      <w:pPr>
        <w:spacing w:line="276" w:lineRule="auto"/>
        <w:ind w:left="709" w:hanging="283"/>
        <w:jc w:val="both"/>
        <w:rPr>
          <w:sz w:val="28"/>
          <w:szCs w:val="28"/>
          <w:lang w:val="ru-RU"/>
        </w:rPr>
      </w:pPr>
      <w:r w:rsidRPr="00D85610">
        <w:rPr>
          <w:sz w:val="28"/>
          <w:szCs w:val="28"/>
          <w:lang w:val="ru-RU"/>
        </w:rPr>
        <w:t>ж) утверждение порядка покрытия убытков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w:t>
      </w:r>
    </w:p>
    <w:p w14:paraId="5124BEC2" w14:textId="3F9A68C7" w:rsidR="00452B5E" w:rsidRPr="00D85610" w:rsidRDefault="00F24C46" w:rsidP="00D85610">
      <w:pPr>
        <w:spacing w:line="276" w:lineRule="auto"/>
        <w:ind w:left="709" w:hanging="283"/>
        <w:jc w:val="both"/>
        <w:rPr>
          <w:sz w:val="28"/>
          <w:szCs w:val="28"/>
          <w:lang w:val="ru-RU"/>
        </w:rPr>
      </w:pPr>
      <w:r w:rsidRPr="00D85610">
        <w:rPr>
          <w:sz w:val="28"/>
          <w:szCs w:val="28"/>
          <w:lang w:val="ru-RU"/>
        </w:rPr>
        <w:t>з) избрание и прекращение, в т.ч. досрочное, полномочий Правления, Председателя Правления или отдельных его членов; членов Ревизионной комиссии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w:t>
      </w:r>
    </w:p>
    <w:p w14:paraId="09B7038D" w14:textId="5E9DAE07" w:rsidR="00452B5E" w:rsidRPr="00D85610" w:rsidRDefault="00F24C46" w:rsidP="00D85610">
      <w:pPr>
        <w:spacing w:line="276" w:lineRule="auto"/>
        <w:ind w:left="709" w:hanging="283"/>
        <w:jc w:val="both"/>
        <w:rPr>
          <w:sz w:val="28"/>
          <w:szCs w:val="28"/>
          <w:lang w:val="ru-RU"/>
        </w:rPr>
      </w:pPr>
      <w:r w:rsidRPr="00D85610">
        <w:rPr>
          <w:sz w:val="28"/>
          <w:szCs w:val="28"/>
          <w:lang w:val="ru-RU"/>
        </w:rPr>
        <w:t>и) принятие решения о приглашении аудита (финансовый, технический и др.), проведение экспертизы</w:t>
      </w:r>
      <w:r w:rsidR="004156EF">
        <w:rPr>
          <w:sz w:val="28"/>
          <w:szCs w:val="28"/>
          <w:lang w:val="ru-RU"/>
        </w:rPr>
        <w:t xml:space="preserve">, </w:t>
      </w:r>
      <w:r w:rsidR="004156EF" w:rsidRPr="004156EF">
        <w:rPr>
          <w:sz w:val="28"/>
          <w:szCs w:val="28"/>
          <w:highlight w:val="lightGray"/>
          <w:lang w:val="ru-RU"/>
        </w:rPr>
        <w:t>страхования</w:t>
      </w:r>
      <w:r w:rsidR="004156EF">
        <w:rPr>
          <w:sz w:val="28"/>
          <w:szCs w:val="28"/>
          <w:lang w:val="ru-RU"/>
        </w:rPr>
        <w:t xml:space="preserve"> общего имущества</w:t>
      </w:r>
      <w:r w:rsidRPr="00D85610">
        <w:rPr>
          <w:sz w:val="28"/>
          <w:szCs w:val="28"/>
          <w:lang w:val="ru-RU"/>
        </w:rPr>
        <w:t>;</w:t>
      </w:r>
    </w:p>
    <w:p w14:paraId="4D10015A"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к) утверждение аудиторского заключения;</w:t>
      </w:r>
    </w:p>
    <w:p w14:paraId="7A10BE52"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л) утверждение годового отчёта о деятельности жилищного кооператива, в том числе финансово-хозяйственной деятельности жилищного кооператива и годовой бухгалтерской отчётности;</w:t>
      </w:r>
    </w:p>
    <w:p w14:paraId="6F624DD1" w14:textId="491C30B5" w:rsidR="00452B5E" w:rsidRPr="00D85610" w:rsidRDefault="00F24C46" w:rsidP="00D85610">
      <w:pPr>
        <w:spacing w:line="276" w:lineRule="auto"/>
        <w:ind w:left="709" w:hanging="283"/>
        <w:jc w:val="both"/>
        <w:rPr>
          <w:sz w:val="28"/>
          <w:szCs w:val="28"/>
          <w:lang w:val="ru-RU"/>
        </w:rPr>
      </w:pPr>
      <w:r w:rsidRPr="00D85610">
        <w:rPr>
          <w:sz w:val="28"/>
          <w:szCs w:val="28"/>
          <w:lang w:val="ru-RU"/>
        </w:rPr>
        <w:t>м) утверждение заключений Ревизионной комиссии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xml:space="preserve"> по результатам проверки годовой бухгалтерской (финансовой) отчётности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xml:space="preserve"> и по результатам проверки финансово-хозяйственной деятельности ЖСК;</w:t>
      </w:r>
    </w:p>
    <w:p w14:paraId="295038D9" w14:textId="6DE04182" w:rsidR="00452B5E" w:rsidRPr="00D85610" w:rsidRDefault="00F24C46" w:rsidP="00D85610">
      <w:pPr>
        <w:spacing w:line="276" w:lineRule="auto"/>
        <w:ind w:left="709" w:hanging="283"/>
        <w:jc w:val="both"/>
        <w:rPr>
          <w:sz w:val="28"/>
          <w:szCs w:val="28"/>
          <w:lang w:val="ru-RU"/>
        </w:rPr>
      </w:pPr>
      <w:r w:rsidRPr="00D85610">
        <w:rPr>
          <w:sz w:val="28"/>
          <w:szCs w:val="28"/>
          <w:lang w:val="ru-RU"/>
        </w:rPr>
        <w:t>н) принятие решения о приёме и исключении членов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w:t>
      </w:r>
    </w:p>
    <w:p w14:paraId="05A1A24B" w14:textId="1C3645F8" w:rsidR="00452B5E" w:rsidRPr="00D85610" w:rsidRDefault="00F24C46" w:rsidP="00D85610">
      <w:pPr>
        <w:spacing w:line="276" w:lineRule="auto"/>
        <w:ind w:left="709" w:hanging="283"/>
        <w:jc w:val="both"/>
        <w:rPr>
          <w:sz w:val="28"/>
          <w:szCs w:val="28"/>
          <w:lang w:val="ru-RU"/>
        </w:rPr>
      </w:pPr>
      <w:r w:rsidRPr="00D85610">
        <w:rPr>
          <w:sz w:val="28"/>
          <w:szCs w:val="28"/>
          <w:lang w:val="ru-RU"/>
        </w:rPr>
        <w:t>о) принятие решения об образовании фондов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 xml:space="preserve"> и направлений использования этих фондов, утверждение отчётов об их использовании;</w:t>
      </w:r>
    </w:p>
    <w:p w14:paraId="24DBD956" w14:textId="6AAEB2B8" w:rsidR="00452B5E" w:rsidRPr="00D85610" w:rsidRDefault="00F24C46" w:rsidP="00D85610">
      <w:pPr>
        <w:spacing w:line="276" w:lineRule="auto"/>
        <w:ind w:left="709" w:hanging="283"/>
        <w:jc w:val="both"/>
        <w:rPr>
          <w:sz w:val="28"/>
          <w:szCs w:val="28"/>
          <w:lang w:val="ru-RU"/>
        </w:rPr>
      </w:pPr>
      <w:r w:rsidRPr="00D85610">
        <w:rPr>
          <w:sz w:val="28"/>
          <w:szCs w:val="28"/>
          <w:lang w:val="ru-RU"/>
        </w:rPr>
        <w:t>п) утверждение финансового плана (бюджета) на содержание</w:t>
      </w:r>
      <w:r w:rsidR="008D3724">
        <w:rPr>
          <w:sz w:val="28"/>
          <w:szCs w:val="28"/>
          <w:lang w:val="ru-RU"/>
        </w:rPr>
        <w:t xml:space="preserve"> и </w:t>
      </w:r>
      <w:r w:rsidR="008D3724" w:rsidRPr="008D3724">
        <w:rPr>
          <w:sz w:val="28"/>
          <w:szCs w:val="28"/>
          <w:highlight w:val="lightGray"/>
          <w:lang w:val="ru-RU"/>
        </w:rPr>
        <w:t>текущий ремонт</w:t>
      </w:r>
      <w:r w:rsidRPr="00D85610">
        <w:rPr>
          <w:sz w:val="28"/>
          <w:szCs w:val="28"/>
          <w:lang w:val="ru-RU"/>
        </w:rPr>
        <w:t xml:space="preserve"> МКД в соответствии перечнем услуг и работ по содержанию МКД: содержание конструктивных элементов здания, </w:t>
      </w:r>
      <w:r w:rsidRPr="008D3724">
        <w:rPr>
          <w:sz w:val="28"/>
          <w:szCs w:val="28"/>
          <w:highlight w:val="lightGray"/>
          <w:lang w:val="ru-RU"/>
        </w:rPr>
        <w:t>обслуживание</w:t>
      </w:r>
      <w:r w:rsidRPr="00D85610">
        <w:rPr>
          <w:sz w:val="28"/>
          <w:szCs w:val="28"/>
          <w:lang w:val="ru-RU"/>
        </w:rPr>
        <w:t xml:space="preserve"> инженерн</w:t>
      </w:r>
      <w:r w:rsidR="008D3724">
        <w:rPr>
          <w:sz w:val="28"/>
          <w:szCs w:val="28"/>
          <w:lang w:val="ru-RU"/>
        </w:rPr>
        <w:t>ых</w:t>
      </w:r>
      <w:r w:rsidRPr="00D85610">
        <w:rPr>
          <w:sz w:val="28"/>
          <w:szCs w:val="28"/>
          <w:lang w:val="ru-RU"/>
        </w:rPr>
        <w:t xml:space="preserve"> </w:t>
      </w:r>
      <w:r w:rsidR="008D3724">
        <w:rPr>
          <w:sz w:val="28"/>
          <w:szCs w:val="28"/>
          <w:lang w:val="ru-RU"/>
        </w:rPr>
        <w:t xml:space="preserve">систем и </w:t>
      </w:r>
      <w:r w:rsidRPr="00D85610">
        <w:rPr>
          <w:sz w:val="28"/>
          <w:szCs w:val="28"/>
          <w:lang w:val="ru-RU"/>
        </w:rPr>
        <w:t>оборудования</w:t>
      </w:r>
      <w:r w:rsidR="008D3724">
        <w:rPr>
          <w:sz w:val="28"/>
          <w:szCs w:val="28"/>
          <w:lang w:val="ru-RU"/>
        </w:rPr>
        <w:t xml:space="preserve">, </w:t>
      </w:r>
      <w:r w:rsidR="008D3724" w:rsidRPr="008D3724">
        <w:rPr>
          <w:sz w:val="28"/>
          <w:szCs w:val="28"/>
          <w:highlight w:val="lightGray"/>
          <w:lang w:val="ru-RU"/>
        </w:rPr>
        <w:t>системы пожаротушения</w:t>
      </w:r>
      <w:r w:rsidRPr="00D85610">
        <w:rPr>
          <w:sz w:val="28"/>
          <w:szCs w:val="28"/>
          <w:lang w:val="ru-RU"/>
        </w:rPr>
        <w:t>,</w:t>
      </w:r>
      <w:r w:rsidR="004156EF">
        <w:rPr>
          <w:sz w:val="28"/>
          <w:szCs w:val="28"/>
          <w:lang w:val="ru-RU"/>
        </w:rPr>
        <w:t xml:space="preserve"> </w:t>
      </w:r>
      <w:r w:rsidR="004156EF" w:rsidRPr="008D3724">
        <w:rPr>
          <w:sz w:val="28"/>
          <w:szCs w:val="28"/>
          <w:highlight w:val="lightGray"/>
          <w:lang w:val="ru-RU"/>
        </w:rPr>
        <w:t>слаботочных систем</w:t>
      </w:r>
      <w:r w:rsidR="004156EF">
        <w:rPr>
          <w:sz w:val="28"/>
          <w:szCs w:val="28"/>
          <w:lang w:val="ru-RU"/>
        </w:rPr>
        <w:t>,</w:t>
      </w:r>
      <w:r w:rsidRPr="00D85610">
        <w:rPr>
          <w:sz w:val="28"/>
          <w:szCs w:val="28"/>
          <w:lang w:val="ru-RU"/>
        </w:rPr>
        <w:t xml:space="preserve"> </w:t>
      </w:r>
      <w:r w:rsidRPr="00D85610">
        <w:rPr>
          <w:sz w:val="28"/>
          <w:szCs w:val="28"/>
          <w:lang w:val="ru-RU"/>
        </w:rPr>
        <w:lastRenderedPageBreak/>
        <w:t>санитарное содержание, расходы на управление МКД (вознаграждение, заработная плата, налоги, содержание офиса, сайта, юридическое сопровождение и др. административные расходы) и расходов на другие установленные настоящим Уставом цели, связанные с обеспечением безопасного и комфортного проживания;</w:t>
      </w:r>
    </w:p>
    <w:p w14:paraId="212D73AA"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р) установление лимитов полномочий, в т.ч. на совершаемые сделки;</w:t>
      </w:r>
    </w:p>
    <w:p w14:paraId="67BAF5CE"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с) утверждение плана по содержанию и ремонту общего имущества дома, сметы, технико-экономические обоснования;</w:t>
      </w:r>
    </w:p>
    <w:p w14:paraId="0A74D0C2"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т) утверждение условий договора и стоимости на оказание услуг по техническому обслуживанию общего имущества;</w:t>
      </w:r>
    </w:p>
    <w:p w14:paraId="3E794BB0" w14:textId="77777777" w:rsidR="00452B5E" w:rsidRPr="00D85610" w:rsidRDefault="00F24C46" w:rsidP="00D85610">
      <w:pPr>
        <w:spacing w:line="276" w:lineRule="auto"/>
        <w:ind w:left="709" w:hanging="283"/>
        <w:jc w:val="both"/>
        <w:rPr>
          <w:sz w:val="28"/>
          <w:szCs w:val="28"/>
          <w:lang w:val="ru-RU"/>
        </w:rPr>
      </w:pPr>
      <w:r w:rsidRPr="00D85610">
        <w:rPr>
          <w:sz w:val="28"/>
          <w:szCs w:val="28"/>
          <w:lang w:val="ru-RU"/>
        </w:rPr>
        <w:t>у) утверждение финансового плана (бюджета) доходов ЖСК и определение направлений их использования;</w:t>
      </w:r>
    </w:p>
    <w:p w14:paraId="4E597508" w14:textId="17D16F3D" w:rsidR="00452B5E" w:rsidRPr="00D85610" w:rsidRDefault="00F24C46" w:rsidP="00D85610">
      <w:pPr>
        <w:spacing w:line="276" w:lineRule="auto"/>
        <w:ind w:left="709" w:hanging="283"/>
        <w:jc w:val="both"/>
        <w:rPr>
          <w:sz w:val="28"/>
          <w:szCs w:val="28"/>
          <w:lang w:val="ru-RU"/>
        </w:rPr>
      </w:pPr>
      <w:r w:rsidRPr="00D85610">
        <w:rPr>
          <w:sz w:val="28"/>
          <w:szCs w:val="28"/>
          <w:lang w:val="ru-RU"/>
        </w:rPr>
        <w:t>ф) рассмотрение жалоб на действия Правления, Председателя Правления, Ревизионной комиссии ЖСК, членов ЖСК</w:t>
      </w:r>
      <w:r w:rsidR="00BF3EDA">
        <w:rPr>
          <w:sz w:val="28"/>
          <w:szCs w:val="28"/>
          <w:lang w:val="ru-RU"/>
        </w:rPr>
        <w:t xml:space="preserve"> </w:t>
      </w:r>
      <w:r w:rsidR="00BF3EDA" w:rsidRPr="00D85610">
        <w:rPr>
          <w:sz w:val="28"/>
          <w:szCs w:val="28"/>
          <w:lang w:val="ru-RU"/>
        </w:rPr>
        <w:t>«Вильнюс»</w:t>
      </w:r>
      <w:r w:rsidRPr="00D85610">
        <w:rPr>
          <w:sz w:val="28"/>
          <w:szCs w:val="28"/>
          <w:lang w:val="ru-RU"/>
        </w:rPr>
        <w:t>;</w:t>
      </w:r>
    </w:p>
    <w:p w14:paraId="2B2AA01D" w14:textId="6FA487BA" w:rsidR="003878A5" w:rsidRPr="003878A5" w:rsidRDefault="00F24C46" w:rsidP="00D85610">
      <w:pPr>
        <w:spacing w:line="276" w:lineRule="auto"/>
        <w:ind w:left="709" w:hanging="283"/>
        <w:jc w:val="both"/>
        <w:rPr>
          <w:sz w:val="28"/>
          <w:szCs w:val="28"/>
          <w:lang w:val="ru-RU"/>
        </w:rPr>
      </w:pPr>
      <w:r w:rsidRPr="00D85610">
        <w:rPr>
          <w:sz w:val="28"/>
          <w:szCs w:val="28"/>
          <w:lang w:val="ru-RU"/>
        </w:rPr>
        <w:t>х)</w:t>
      </w:r>
      <w:r w:rsidR="003878A5">
        <w:rPr>
          <w:sz w:val="28"/>
          <w:szCs w:val="28"/>
          <w:lang w:val="ru-RU"/>
        </w:rPr>
        <w:t xml:space="preserve"> получение заемных средств;</w:t>
      </w:r>
    </w:p>
    <w:p w14:paraId="58EB826E" w14:textId="5261AC65" w:rsidR="00452B5E" w:rsidRPr="00D85610" w:rsidRDefault="003878A5" w:rsidP="00D85610">
      <w:pPr>
        <w:spacing w:line="276" w:lineRule="auto"/>
        <w:ind w:left="709" w:hanging="283"/>
        <w:jc w:val="both"/>
        <w:rPr>
          <w:sz w:val="28"/>
          <w:szCs w:val="28"/>
          <w:lang w:val="ru-RU"/>
        </w:rPr>
      </w:pPr>
      <w:r>
        <w:rPr>
          <w:sz w:val="28"/>
          <w:szCs w:val="28"/>
          <w:lang w:val="ru-RU"/>
        </w:rPr>
        <w:t>ц)</w:t>
      </w:r>
      <w:r w:rsidR="00F24C46" w:rsidRPr="00D85610">
        <w:rPr>
          <w:sz w:val="28"/>
          <w:szCs w:val="28"/>
          <w:lang w:val="ru-RU"/>
        </w:rPr>
        <w:t xml:space="preserve"> рассмотрение других вопросов, предусмотренных Жилищным кодексом РФ, федеральными законами и Уставом ЖСК</w:t>
      </w:r>
      <w:r w:rsidR="00BF3EDA">
        <w:rPr>
          <w:sz w:val="28"/>
          <w:szCs w:val="28"/>
          <w:lang w:val="ru-RU"/>
        </w:rPr>
        <w:t xml:space="preserve"> </w:t>
      </w:r>
      <w:r w:rsidR="00BF3EDA" w:rsidRPr="00D85610">
        <w:rPr>
          <w:sz w:val="28"/>
          <w:szCs w:val="28"/>
          <w:lang w:val="ru-RU"/>
        </w:rPr>
        <w:t>«Вильнюс»</w:t>
      </w:r>
      <w:r w:rsidR="00F24C46" w:rsidRPr="00D85610">
        <w:rPr>
          <w:sz w:val="28"/>
          <w:szCs w:val="28"/>
          <w:lang w:val="ru-RU"/>
        </w:rPr>
        <w:t>.</w:t>
      </w:r>
    </w:p>
    <w:p w14:paraId="5DF79D96" w14:textId="69196516" w:rsidR="00452B5E" w:rsidRPr="00C7743E" w:rsidRDefault="005E3469" w:rsidP="00C7743E">
      <w:pPr>
        <w:spacing w:line="276" w:lineRule="auto"/>
        <w:jc w:val="both"/>
        <w:rPr>
          <w:bCs/>
          <w:sz w:val="28"/>
          <w:szCs w:val="28"/>
          <w:lang w:val="ru-RU"/>
        </w:rPr>
      </w:pPr>
      <w:r>
        <w:rPr>
          <w:bCs/>
          <w:sz w:val="28"/>
          <w:szCs w:val="28"/>
          <w:lang w:val="ru-RU"/>
        </w:rPr>
        <w:t xml:space="preserve">          </w:t>
      </w:r>
      <w:r w:rsidR="00C7743E" w:rsidRPr="00C7743E">
        <w:rPr>
          <w:bCs/>
          <w:sz w:val="28"/>
          <w:szCs w:val="28"/>
          <w:lang w:val="ru-RU"/>
        </w:rPr>
        <w:t xml:space="preserve">10.24. </w:t>
      </w:r>
      <w:r w:rsidR="00F24C46" w:rsidRPr="00C7743E">
        <w:rPr>
          <w:bCs/>
          <w:sz w:val="28"/>
          <w:szCs w:val="28"/>
          <w:lang w:val="ru-RU"/>
        </w:rPr>
        <w:t>Организация общего собрания</w:t>
      </w:r>
    </w:p>
    <w:p w14:paraId="7F656558" w14:textId="0E47F6E7" w:rsidR="00452B5E" w:rsidRPr="00D85610" w:rsidRDefault="005E3469" w:rsidP="002E70C5">
      <w:pPr>
        <w:spacing w:line="276" w:lineRule="auto"/>
        <w:jc w:val="both"/>
        <w:rPr>
          <w:sz w:val="28"/>
          <w:szCs w:val="28"/>
          <w:lang w:val="ru-RU"/>
        </w:rPr>
      </w:pPr>
      <w:r>
        <w:rPr>
          <w:sz w:val="28"/>
          <w:szCs w:val="28"/>
          <w:lang w:val="ru-RU"/>
        </w:rPr>
        <w:t xml:space="preserve">          </w:t>
      </w:r>
      <w:r w:rsidR="00C7743E">
        <w:rPr>
          <w:sz w:val="28"/>
          <w:szCs w:val="28"/>
          <w:lang w:val="ru-RU"/>
        </w:rPr>
        <w:t xml:space="preserve">10.24.1. </w:t>
      </w:r>
      <w:r w:rsidR="00F24C46" w:rsidRPr="00D85610">
        <w:rPr>
          <w:sz w:val="28"/>
          <w:szCs w:val="28"/>
          <w:lang w:val="ru-RU"/>
        </w:rPr>
        <w:t>Организацию годового общего собрания осуществляет Правление ЖСК, которое:</w:t>
      </w:r>
    </w:p>
    <w:p w14:paraId="6FEDE9B6" w14:textId="3D8786BD" w:rsidR="00452B5E" w:rsidRPr="00974E73" w:rsidRDefault="00F24C46" w:rsidP="00C7743E">
      <w:pPr>
        <w:pStyle w:val="ae"/>
        <w:numPr>
          <w:ilvl w:val="0"/>
          <w:numId w:val="20"/>
        </w:numPr>
        <w:spacing w:line="276" w:lineRule="auto"/>
        <w:ind w:left="284"/>
        <w:jc w:val="both"/>
        <w:rPr>
          <w:sz w:val="28"/>
          <w:szCs w:val="28"/>
          <w:lang w:val="ru-RU"/>
        </w:rPr>
      </w:pPr>
      <w:r w:rsidRPr="00974E73">
        <w:rPr>
          <w:sz w:val="28"/>
          <w:szCs w:val="28"/>
          <w:lang w:val="ru-RU"/>
        </w:rPr>
        <w:t>совместно с членами ЖСК</w:t>
      </w:r>
      <w:r w:rsidR="00BF3EDA">
        <w:rPr>
          <w:sz w:val="28"/>
          <w:szCs w:val="28"/>
          <w:lang w:val="ru-RU"/>
        </w:rPr>
        <w:t xml:space="preserve"> </w:t>
      </w:r>
      <w:r w:rsidR="00BF3EDA" w:rsidRPr="00D85610">
        <w:rPr>
          <w:sz w:val="28"/>
          <w:szCs w:val="28"/>
          <w:lang w:val="ru-RU"/>
        </w:rPr>
        <w:t>«Вильнюс»</w:t>
      </w:r>
      <w:r w:rsidRPr="00974E73">
        <w:rPr>
          <w:sz w:val="28"/>
          <w:szCs w:val="28"/>
          <w:lang w:val="ru-RU"/>
        </w:rPr>
        <w:t xml:space="preserve"> осуществляет подбор кандидатур и получает согласие кандидатов на выдвижение в органы управления;</w:t>
      </w:r>
    </w:p>
    <w:p w14:paraId="152BD7FE" w14:textId="6283D170" w:rsidR="00452B5E" w:rsidRPr="00974E73" w:rsidRDefault="00F24C46" w:rsidP="00C7743E">
      <w:pPr>
        <w:pStyle w:val="ae"/>
        <w:numPr>
          <w:ilvl w:val="0"/>
          <w:numId w:val="20"/>
        </w:numPr>
        <w:spacing w:line="276" w:lineRule="auto"/>
        <w:ind w:left="284"/>
        <w:jc w:val="both"/>
        <w:rPr>
          <w:sz w:val="28"/>
          <w:szCs w:val="28"/>
          <w:lang w:val="ru-RU"/>
        </w:rPr>
      </w:pPr>
      <w:r w:rsidRPr="00974E73">
        <w:rPr>
          <w:sz w:val="28"/>
          <w:szCs w:val="28"/>
          <w:lang w:val="ru-RU"/>
        </w:rPr>
        <w:t xml:space="preserve">готовит проекты документов, обсуждение и принятие которых требует регламент планируемого </w:t>
      </w:r>
      <w:r w:rsidR="004156EF" w:rsidRPr="00D85610">
        <w:rPr>
          <w:sz w:val="28"/>
          <w:szCs w:val="28"/>
          <w:lang w:val="ru-RU"/>
        </w:rPr>
        <w:t>Обще</w:t>
      </w:r>
      <w:r w:rsidR="004156EF">
        <w:rPr>
          <w:sz w:val="28"/>
          <w:szCs w:val="28"/>
          <w:lang w:val="ru-RU"/>
        </w:rPr>
        <w:t>го</w:t>
      </w:r>
      <w:r w:rsidR="004156EF" w:rsidRPr="00D85610">
        <w:rPr>
          <w:sz w:val="28"/>
          <w:szCs w:val="28"/>
          <w:lang w:val="ru-RU"/>
        </w:rPr>
        <w:t xml:space="preserve"> собрани</w:t>
      </w:r>
      <w:r w:rsidR="004156EF">
        <w:rPr>
          <w:sz w:val="28"/>
          <w:szCs w:val="28"/>
          <w:lang w:val="ru-RU"/>
        </w:rPr>
        <w:t>я</w:t>
      </w:r>
      <w:r w:rsidRPr="00974E73">
        <w:rPr>
          <w:sz w:val="28"/>
          <w:szCs w:val="28"/>
          <w:lang w:val="ru-RU"/>
        </w:rPr>
        <w:t>;</w:t>
      </w:r>
    </w:p>
    <w:p w14:paraId="4E09DBE7" w14:textId="4667DBC3" w:rsidR="00452B5E" w:rsidRPr="00974E73" w:rsidRDefault="00F24C46" w:rsidP="00C7743E">
      <w:pPr>
        <w:pStyle w:val="ae"/>
        <w:numPr>
          <w:ilvl w:val="0"/>
          <w:numId w:val="20"/>
        </w:numPr>
        <w:spacing w:line="276" w:lineRule="auto"/>
        <w:ind w:left="284"/>
        <w:jc w:val="both"/>
        <w:rPr>
          <w:sz w:val="28"/>
          <w:szCs w:val="28"/>
          <w:lang w:val="ru-RU"/>
        </w:rPr>
      </w:pPr>
      <w:r w:rsidRPr="00974E73">
        <w:rPr>
          <w:sz w:val="28"/>
          <w:szCs w:val="28"/>
          <w:lang w:val="ru-RU"/>
        </w:rPr>
        <w:t xml:space="preserve">формирует пакет необходимых материалов для ознакомления, соответствующий повестке дня </w:t>
      </w:r>
      <w:r w:rsidR="004156EF" w:rsidRPr="00D85610">
        <w:rPr>
          <w:sz w:val="28"/>
          <w:szCs w:val="28"/>
          <w:lang w:val="ru-RU"/>
        </w:rPr>
        <w:t>Обще</w:t>
      </w:r>
      <w:r w:rsidR="004156EF">
        <w:rPr>
          <w:sz w:val="28"/>
          <w:szCs w:val="28"/>
          <w:lang w:val="ru-RU"/>
        </w:rPr>
        <w:t>го</w:t>
      </w:r>
      <w:r w:rsidR="004156EF" w:rsidRPr="00D85610">
        <w:rPr>
          <w:sz w:val="28"/>
          <w:szCs w:val="28"/>
          <w:lang w:val="ru-RU"/>
        </w:rPr>
        <w:t xml:space="preserve"> собрани</w:t>
      </w:r>
      <w:r w:rsidR="004156EF">
        <w:rPr>
          <w:sz w:val="28"/>
          <w:szCs w:val="28"/>
          <w:lang w:val="ru-RU"/>
        </w:rPr>
        <w:t>я</w:t>
      </w:r>
      <w:r w:rsidRPr="00974E73">
        <w:rPr>
          <w:sz w:val="28"/>
          <w:szCs w:val="28"/>
          <w:lang w:val="ru-RU"/>
        </w:rPr>
        <w:t>;</w:t>
      </w:r>
    </w:p>
    <w:p w14:paraId="6B460255" w14:textId="2AEBD81B" w:rsidR="00452B5E" w:rsidRPr="00974E73" w:rsidRDefault="00F24C46" w:rsidP="00C7743E">
      <w:pPr>
        <w:pStyle w:val="ae"/>
        <w:numPr>
          <w:ilvl w:val="0"/>
          <w:numId w:val="20"/>
        </w:numPr>
        <w:spacing w:line="276" w:lineRule="auto"/>
        <w:ind w:left="284"/>
        <w:jc w:val="both"/>
        <w:rPr>
          <w:sz w:val="28"/>
          <w:szCs w:val="28"/>
          <w:lang w:val="ru-RU"/>
        </w:rPr>
      </w:pPr>
      <w:r w:rsidRPr="00974E73">
        <w:rPr>
          <w:sz w:val="28"/>
          <w:szCs w:val="28"/>
          <w:lang w:val="ru-RU"/>
        </w:rPr>
        <w:t>привлекает к организации других членов ЖСК</w:t>
      </w:r>
      <w:r w:rsidR="00106BB1">
        <w:rPr>
          <w:sz w:val="28"/>
          <w:szCs w:val="28"/>
          <w:lang w:val="ru-RU"/>
        </w:rPr>
        <w:t xml:space="preserve"> </w:t>
      </w:r>
      <w:r w:rsidR="00106BB1" w:rsidRPr="00D85610">
        <w:rPr>
          <w:sz w:val="28"/>
          <w:szCs w:val="28"/>
          <w:lang w:val="ru-RU"/>
        </w:rPr>
        <w:t>«Вильнюс»</w:t>
      </w:r>
      <w:r w:rsidRPr="00974E73">
        <w:rPr>
          <w:sz w:val="28"/>
          <w:szCs w:val="28"/>
          <w:lang w:val="ru-RU"/>
        </w:rPr>
        <w:t>;</w:t>
      </w:r>
    </w:p>
    <w:p w14:paraId="77D479C7" w14:textId="69B53474" w:rsidR="00452B5E" w:rsidRPr="00974E73" w:rsidRDefault="00F24C46" w:rsidP="00C7743E">
      <w:pPr>
        <w:pStyle w:val="ae"/>
        <w:numPr>
          <w:ilvl w:val="0"/>
          <w:numId w:val="20"/>
        </w:numPr>
        <w:spacing w:line="276" w:lineRule="auto"/>
        <w:ind w:left="284"/>
        <w:jc w:val="both"/>
        <w:rPr>
          <w:sz w:val="28"/>
          <w:szCs w:val="28"/>
          <w:lang w:val="ru-RU"/>
        </w:rPr>
      </w:pPr>
      <w:r w:rsidRPr="00974E73">
        <w:rPr>
          <w:sz w:val="28"/>
          <w:szCs w:val="28"/>
          <w:lang w:val="ru-RU"/>
        </w:rPr>
        <w:t>обеспечивает регистрацию членов ЖСК</w:t>
      </w:r>
      <w:r w:rsidR="00106BB1">
        <w:rPr>
          <w:sz w:val="28"/>
          <w:szCs w:val="28"/>
          <w:lang w:val="ru-RU"/>
        </w:rPr>
        <w:t xml:space="preserve"> </w:t>
      </w:r>
      <w:r w:rsidR="00106BB1" w:rsidRPr="00D85610">
        <w:rPr>
          <w:sz w:val="28"/>
          <w:szCs w:val="28"/>
          <w:lang w:val="ru-RU"/>
        </w:rPr>
        <w:t>«Вильнюс»</w:t>
      </w:r>
      <w:r w:rsidRPr="00974E73">
        <w:rPr>
          <w:sz w:val="28"/>
          <w:szCs w:val="28"/>
          <w:lang w:val="ru-RU"/>
        </w:rPr>
        <w:t>, собственников помещений МКД.</w:t>
      </w:r>
    </w:p>
    <w:p w14:paraId="2D50ADB9" w14:textId="057707E7"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10.24.2. </w:t>
      </w:r>
      <w:r w:rsidR="00F24C46" w:rsidRPr="00D85610">
        <w:rPr>
          <w:sz w:val="28"/>
          <w:szCs w:val="28"/>
          <w:lang w:val="ru-RU"/>
        </w:rPr>
        <w:t xml:space="preserve">Объявление о проведении </w:t>
      </w:r>
      <w:r w:rsidR="0081721A" w:rsidRPr="00D85610">
        <w:rPr>
          <w:sz w:val="28"/>
          <w:szCs w:val="28"/>
          <w:lang w:val="ru-RU"/>
        </w:rPr>
        <w:t>Обще</w:t>
      </w:r>
      <w:r w:rsidR="0081721A">
        <w:rPr>
          <w:sz w:val="28"/>
          <w:szCs w:val="28"/>
          <w:lang w:val="ru-RU"/>
        </w:rPr>
        <w:t>го</w:t>
      </w:r>
      <w:r w:rsidR="0081721A" w:rsidRPr="00D85610">
        <w:rPr>
          <w:sz w:val="28"/>
          <w:szCs w:val="28"/>
          <w:lang w:val="ru-RU"/>
        </w:rPr>
        <w:t xml:space="preserve"> собрани</w:t>
      </w:r>
      <w:r w:rsidR="0081721A">
        <w:rPr>
          <w:sz w:val="28"/>
          <w:szCs w:val="28"/>
          <w:lang w:val="ru-RU"/>
        </w:rPr>
        <w:t>я</w:t>
      </w:r>
      <w:r w:rsidR="0081721A" w:rsidRPr="00D85610">
        <w:rPr>
          <w:sz w:val="28"/>
          <w:szCs w:val="28"/>
          <w:lang w:val="ru-RU"/>
        </w:rPr>
        <w:t xml:space="preserve"> </w:t>
      </w:r>
      <w:r w:rsidR="00F24C46" w:rsidRPr="00D85610">
        <w:rPr>
          <w:sz w:val="28"/>
          <w:szCs w:val="28"/>
          <w:lang w:val="ru-RU"/>
        </w:rPr>
        <w:t>размещается на информационных стендах в холлах первого этажа жилых подъездов, в помещении Правлени</w:t>
      </w:r>
      <w:r w:rsidR="00F24C46" w:rsidRPr="004156EF">
        <w:rPr>
          <w:sz w:val="28"/>
          <w:szCs w:val="28"/>
          <w:highlight w:val="lightGray"/>
          <w:lang w:val="ru-RU"/>
        </w:rPr>
        <w:t>я ЖСК</w:t>
      </w:r>
      <w:r w:rsidR="00106BB1">
        <w:rPr>
          <w:sz w:val="28"/>
          <w:szCs w:val="28"/>
          <w:highlight w:val="lightGray"/>
          <w:lang w:val="ru-RU"/>
        </w:rPr>
        <w:t xml:space="preserve"> </w:t>
      </w:r>
      <w:r w:rsidR="00106BB1" w:rsidRPr="00D85610">
        <w:rPr>
          <w:sz w:val="28"/>
          <w:szCs w:val="28"/>
          <w:lang w:val="ru-RU"/>
        </w:rPr>
        <w:t>«Вильнюс»</w:t>
      </w:r>
      <w:r w:rsidR="00F24C46" w:rsidRPr="004156EF">
        <w:rPr>
          <w:sz w:val="28"/>
          <w:szCs w:val="28"/>
          <w:highlight w:val="lightGray"/>
          <w:lang w:val="ru-RU"/>
        </w:rPr>
        <w:t>, на официальн</w:t>
      </w:r>
      <w:r w:rsidR="004156EF" w:rsidRPr="004156EF">
        <w:rPr>
          <w:sz w:val="28"/>
          <w:szCs w:val="28"/>
          <w:highlight w:val="lightGray"/>
          <w:lang w:val="ru-RU"/>
        </w:rPr>
        <w:t>ом</w:t>
      </w:r>
      <w:r w:rsidR="00F24C46" w:rsidRPr="004156EF">
        <w:rPr>
          <w:sz w:val="28"/>
          <w:szCs w:val="28"/>
          <w:highlight w:val="lightGray"/>
          <w:lang w:val="ru-RU"/>
        </w:rPr>
        <w:t xml:space="preserve"> сайт</w:t>
      </w:r>
      <w:r w:rsidR="004156EF" w:rsidRPr="004156EF">
        <w:rPr>
          <w:sz w:val="28"/>
          <w:szCs w:val="28"/>
          <w:highlight w:val="lightGray"/>
          <w:lang w:val="ru-RU"/>
        </w:rPr>
        <w:t>е</w:t>
      </w:r>
      <w:r w:rsidR="00F24C46" w:rsidRPr="004156EF">
        <w:rPr>
          <w:sz w:val="28"/>
          <w:szCs w:val="28"/>
          <w:highlight w:val="lightGray"/>
          <w:lang w:val="ru-RU"/>
        </w:rPr>
        <w:t xml:space="preserve"> ЖСК</w:t>
      </w:r>
      <w:r w:rsidR="004156EF" w:rsidRPr="004156EF">
        <w:rPr>
          <w:sz w:val="28"/>
          <w:szCs w:val="28"/>
          <w:highlight w:val="lightGray"/>
          <w:lang w:val="ru-RU"/>
        </w:rPr>
        <w:t xml:space="preserve">, </w:t>
      </w:r>
      <w:r w:rsidR="00F24C46" w:rsidRPr="004156EF">
        <w:rPr>
          <w:sz w:val="28"/>
          <w:szCs w:val="28"/>
          <w:highlight w:val="lightGray"/>
          <w:lang w:val="ru-RU"/>
        </w:rPr>
        <w:t xml:space="preserve">ГИС ЖКХ </w:t>
      </w:r>
      <w:r w:rsidR="004156EF" w:rsidRPr="004156EF">
        <w:rPr>
          <w:sz w:val="28"/>
          <w:szCs w:val="28"/>
          <w:highlight w:val="lightGray"/>
          <w:lang w:val="ru-RU"/>
        </w:rPr>
        <w:t xml:space="preserve">и иных, </w:t>
      </w:r>
      <w:r w:rsidR="004156EF" w:rsidRPr="004156EF">
        <w:rPr>
          <w:sz w:val="28"/>
          <w:szCs w:val="28"/>
          <w:highlight w:val="lightGray"/>
          <w:lang w:val="ru-RU"/>
        </w:rPr>
        <w:lastRenderedPageBreak/>
        <w:t>установленных нормативно-правовыми актами, и</w:t>
      </w:r>
      <w:r w:rsidR="004156EF">
        <w:rPr>
          <w:sz w:val="28"/>
          <w:szCs w:val="28"/>
          <w:lang w:val="ru-RU"/>
        </w:rPr>
        <w:t xml:space="preserve">нформационных ресурсах </w:t>
      </w:r>
      <w:r w:rsidR="00F24C46" w:rsidRPr="00D85610">
        <w:rPr>
          <w:sz w:val="28"/>
          <w:szCs w:val="28"/>
          <w:lang w:val="ru-RU"/>
        </w:rPr>
        <w:t>не позднее чем за 15 (пятнадцать) дней до даты его проведения в форме очного голосования, при заочном голосовании – не позднее чем за 10 (десять) дней до даты первого дня сбора бланков голосования (бюллетеней).</w:t>
      </w:r>
    </w:p>
    <w:p w14:paraId="681BC8CA" w14:textId="1EFA4514" w:rsidR="0019683F" w:rsidRPr="0019683F" w:rsidRDefault="002E330B" w:rsidP="0019683F">
      <w:pPr>
        <w:spacing w:after="0" w:line="240" w:lineRule="auto"/>
        <w:jc w:val="both"/>
        <w:rPr>
          <w:sz w:val="28"/>
          <w:szCs w:val="28"/>
          <w:lang w:val="ru-RU"/>
        </w:rPr>
      </w:pPr>
      <w:r>
        <w:rPr>
          <w:sz w:val="28"/>
          <w:szCs w:val="28"/>
          <w:lang w:val="ru-RU"/>
        </w:rPr>
        <w:t xml:space="preserve">           </w:t>
      </w:r>
      <w:r w:rsidR="00C7743E" w:rsidRPr="004156EF">
        <w:rPr>
          <w:sz w:val="28"/>
          <w:szCs w:val="28"/>
          <w:highlight w:val="lightGray"/>
          <w:lang w:val="ru-RU"/>
        </w:rPr>
        <w:t xml:space="preserve">10.24.3. </w:t>
      </w:r>
      <w:r w:rsidR="0019683F" w:rsidRPr="0019683F">
        <w:rPr>
          <w:sz w:val="28"/>
          <w:szCs w:val="28"/>
          <w:highlight w:val="lightGray"/>
          <w:lang w:val="ru-RU"/>
        </w:rPr>
        <w:t>Счётная комиссия избирается общим собранием из числа присутствующих на собрании членов ЖСК</w:t>
      </w:r>
      <w:r w:rsidR="00106BB1">
        <w:rPr>
          <w:sz w:val="28"/>
          <w:szCs w:val="28"/>
          <w:highlight w:val="lightGray"/>
          <w:lang w:val="ru-RU"/>
        </w:rPr>
        <w:t xml:space="preserve"> </w:t>
      </w:r>
      <w:r w:rsidR="00106BB1" w:rsidRPr="00D85610">
        <w:rPr>
          <w:sz w:val="28"/>
          <w:szCs w:val="28"/>
          <w:lang w:val="ru-RU"/>
        </w:rPr>
        <w:t>«Вильнюс»</w:t>
      </w:r>
      <w:r w:rsidR="0019683F" w:rsidRPr="0019683F">
        <w:rPr>
          <w:sz w:val="28"/>
          <w:szCs w:val="28"/>
          <w:highlight w:val="lightGray"/>
          <w:lang w:val="ru-RU"/>
        </w:rPr>
        <w:t>, не входящих в состав Правления ЖСК</w:t>
      </w:r>
      <w:r w:rsidR="00106BB1">
        <w:rPr>
          <w:sz w:val="28"/>
          <w:szCs w:val="28"/>
          <w:highlight w:val="lightGray"/>
          <w:lang w:val="ru-RU"/>
        </w:rPr>
        <w:t xml:space="preserve"> </w:t>
      </w:r>
      <w:r w:rsidR="00106BB1" w:rsidRPr="00D85610">
        <w:rPr>
          <w:sz w:val="28"/>
          <w:szCs w:val="28"/>
          <w:lang w:val="ru-RU"/>
        </w:rPr>
        <w:t>«Вильнюс»</w:t>
      </w:r>
      <w:r w:rsidR="0019683F" w:rsidRPr="0019683F">
        <w:rPr>
          <w:sz w:val="28"/>
          <w:szCs w:val="28"/>
          <w:highlight w:val="lightGray"/>
          <w:lang w:val="ru-RU"/>
        </w:rPr>
        <w:t xml:space="preserve"> и не являющихся близкими родственниками членов Правления. Члены счётной комиссии могут быть переизбраны на последующие собрания, в том числе проводимые в очно-заочной и заочной формах. При проведении собрания в заочной форме члены счётной комиссии и администратор не могут быть избраны из числа членов Правления ЖСК</w:t>
      </w:r>
      <w:r w:rsidR="00106BB1">
        <w:rPr>
          <w:sz w:val="28"/>
          <w:szCs w:val="28"/>
          <w:highlight w:val="lightGray"/>
          <w:lang w:val="ru-RU"/>
        </w:rPr>
        <w:t xml:space="preserve"> </w:t>
      </w:r>
      <w:r w:rsidR="00106BB1" w:rsidRPr="00D85610">
        <w:rPr>
          <w:sz w:val="28"/>
          <w:szCs w:val="28"/>
          <w:lang w:val="ru-RU"/>
        </w:rPr>
        <w:t>«Вильнюс»</w:t>
      </w:r>
      <w:r w:rsidR="0019683F" w:rsidRPr="0019683F">
        <w:rPr>
          <w:sz w:val="28"/>
          <w:szCs w:val="28"/>
          <w:highlight w:val="lightGray"/>
          <w:lang w:val="ru-RU"/>
        </w:rPr>
        <w:t>.</w:t>
      </w:r>
    </w:p>
    <w:p w14:paraId="0B255160" w14:textId="0CF2DEFA" w:rsidR="00452B5E" w:rsidRPr="00D85610" w:rsidRDefault="00F24C46" w:rsidP="002E330B">
      <w:pPr>
        <w:spacing w:line="276" w:lineRule="auto"/>
        <w:jc w:val="both"/>
        <w:rPr>
          <w:sz w:val="28"/>
          <w:szCs w:val="28"/>
          <w:lang w:val="ru-RU"/>
        </w:rPr>
      </w:pPr>
      <w:r w:rsidRPr="004156EF">
        <w:rPr>
          <w:sz w:val="28"/>
          <w:szCs w:val="28"/>
          <w:highlight w:val="lightGray"/>
          <w:lang w:val="ru-RU"/>
        </w:rPr>
        <w:t>.</w:t>
      </w:r>
    </w:p>
    <w:p w14:paraId="31AF8813" w14:textId="20698A61"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10.24.4. </w:t>
      </w:r>
      <w:r w:rsidR="00F24C46" w:rsidRPr="00D85610">
        <w:rPr>
          <w:sz w:val="28"/>
          <w:szCs w:val="28"/>
          <w:lang w:val="ru-RU"/>
        </w:rPr>
        <w:t>Секретарь собрания выбирается из членов ЖСК</w:t>
      </w:r>
      <w:r w:rsidR="00106BB1">
        <w:rPr>
          <w:sz w:val="28"/>
          <w:szCs w:val="28"/>
          <w:lang w:val="ru-RU"/>
        </w:rPr>
        <w:t xml:space="preserve"> </w:t>
      </w:r>
      <w:r w:rsidR="00106BB1" w:rsidRPr="00D85610">
        <w:rPr>
          <w:sz w:val="28"/>
          <w:szCs w:val="28"/>
          <w:lang w:val="ru-RU"/>
        </w:rPr>
        <w:t>«Вильнюс»</w:t>
      </w:r>
      <w:r w:rsidR="00F24C46" w:rsidRPr="00D85610">
        <w:rPr>
          <w:sz w:val="28"/>
          <w:szCs w:val="28"/>
          <w:lang w:val="ru-RU"/>
        </w:rPr>
        <w:t>, секретарём собрания не может быть член Правления ЖСК</w:t>
      </w:r>
      <w:r w:rsidR="00106BB1">
        <w:rPr>
          <w:sz w:val="28"/>
          <w:szCs w:val="28"/>
          <w:lang w:val="ru-RU"/>
        </w:rPr>
        <w:t xml:space="preserve"> </w:t>
      </w:r>
      <w:r w:rsidR="00106BB1" w:rsidRPr="00D85610">
        <w:rPr>
          <w:sz w:val="28"/>
          <w:szCs w:val="28"/>
          <w:lang w:val="ru-RU"/>
        </w:rPr>
        <w:t>«Вильнюс»</w:t>
      </w:r>
      <w:r w:rsidR="00F24C46" w:rsidRPr="00D85610">
        <w:rPr>
          <w:sz w:val="28"/>
          <w:szCs w:val="28"/>
          <w:lang w:val="ru-RU"/>
        </w:rPr>
        <w:t>.</w:t>
      </w:r>
    </w:p>
    <w:p w14:paraId="3603FD38" w14:textId="3B5D0190"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10.24.5. </w:t>
      </w:r>
      <w:r w:rsidR="00F24C46" w:rsidRPr="00D85610">
        <w:rPr>
          <w:sz w:val="28"/>
          <w:szCs w:val="28"/>
          <w:lang w:val="ru-RU"/>
        </w:rPr>
        <w:t>Председатель собрания выбирается членами ЖСК</w:t>
      </w:r>
      <w:r w:rsidR="00106BB1">
        <w:rPr>
          <w:sz w:val="28"/>
          <w:szCs w:val="28"/>
          <w:lang w:val="ru-RU"/>
        </w:rPr>
        <w:t xml:space="preserve"> </w:t>
      </w:r>
      <w:r w:rsidR="00106BB1" w:rsidRPr="00D85610">
        <w:rPr>
          <w:sz w:val="28"/>
          <w:szCs w:val="28"/>
          <w:lang w:val="ru-RU"/>
        </w:rPr>
        <w:t>«Вильнюс»</w:t>
      </w:r>
      <w:r w:rsidR="00F24C46" w:rsidRPr="00D85610">
        <w:rPr>
          <w:sz w:val="28"/>
          <w:szCs w:val="28"/>
          <w:lang w:val="ru-RU"/>
        </w:rPr>
        <w:t>.</w:t>
      </w:r>
    </w:p>
    <w:p w14:paraId="52162FA6" w14:textId="0955583D"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10.24.6. </w:t>
      </w:r>
      <w:r w:rsidR="00F24C46" w:rsidRPr="00D85610">
        <w:rPr>
          <w:sz w:val="28"/>
          <w:szCs w:val="28"/>
          <w:lang w:val="ru-RU"/>
        </w:rPr>
        <w:t>Протокол и решения оформляются в соответствии с приказом Минстроя России от 30.04.2025 г. № 266/</w:t>
      </w:r>
      <w:proofErr w:type="spellStart"/>
      <w:r w:rsidR="00F24C46" w:rsidRPr="00D85610">
        <w:rPr>
          <w:sz w:val="28"/>
          <w:szCs w:val="28"/>
          <w:lang w:val="ru-RU"/>
        </w:rPr>
        <w:t>пр</w:t>
      </w:r>
      <w:proofErr w:type="spellEnd"/>
      <w:r w:rsidR="00F24C46" w:rsidRPr="00D85610">
        <w:rPr>
          <w:sz w:val="28"/>
          <w:szCs w:val="28"/>
          <w:lang w:val="ru-RU"/>
        </w:rPr>
        <w:t>, ГК РФ и нормативно-правовыми актами РФ и г. Москвы.</w:t>
      </w:r>
    </w:p>
    <w:p w14:paraId="382ED922" w14:textId="3912DD13"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10.24.7. </w:t>
      </w:r>
      <w:r w:rsidR="00F24C46" w:rsidRPr="00D85610">
        <w:rPr>
          <w:sz w:val="28"/>
          <w:szCs w:val="28"/>
          <w:lang w:val="ru-RU"/>
        </w:rPr>
        <w:t xml:space="preserve">После оформления протокола решения и итоги голосования </w:t>
      </w:r>
      <w:r w:rsidR="0081721A" w:rsidRPr="00D85610">
        <w:rPr>
          <w:sz w:val="28"/>
          <w:szCs w:val="28"/>
          <w:lang w:val="ru-RU"/>
        </w:rPr>
        <w:t>Обще</w:t>
      </w:r>
      <w:r w:rsidR="0081721A">
        <w:rPr>
          <w:sz w:val="28"/>
          <w:szCs w:val="28"/>
          <w:lang w:val="ru-RU"/>
        </w:rPr>
        <w:t>го</w:t>
      </w:r>
      <w:r w:rsidR="0081721A" w:rsidRPr="00D85610">
        <w:rPr>
          <w:sz w:val="28"/>
          <w:szCs w:val="28"/>
          <w:lang w:val="ru-RU"/>
        </w:rPr>
        <w:t xml:space="preserve"> собрани</w:t>
      </w:r>
      <w:r w:rsidR="004156EF">
        <w:rPr>
          <w:sz w:val="28"/>
          <w:szCs w:val="28"/>
          <w:lang w:val="ru-RU"/>
        </w:rPr>
        <w:t>я</w:t>
      </w:r>
      <w:r w:rsidR="0081721A" w:rsidRPr="00D85610">
        <w:rPr>
          <w:sz w:val="28"/>
          <w:szCs w:val="28"/>
          <w:lang w:val="ru-RU"/>
        </w:rPr>
        <w:t xml:space="preserve"> </w:t>
      </w:r>
      <w:r w:rsidR="00F24C46" w:rsidRPr="00D85610">
        <w:rPr>
          <w:sz w:val="28"/>
          <w:szCs w:val="28"/>
          <w:lang w:val="ru-RU"/>
        </w:rPr>
        <w:t>размещаются на информационных стендах в холлах жилых подъездов, в помещении ЖСК</w:t>
      </w:r>
      <w:r w:rsidR="00106BB1">
        <w:rPr>
          <w:sz w:val="28"/>
          <w:szCs w:val="28"/>
          <w:lang w:val="ru-RU"/>
        </w:rPr>
        <w:t xml:space="preserve"> </w:t>
      </w:r>
      <w:r w:rsidR="00106BB1" w:rsidRPr="00D85610">
        <w:rPr>
          <w:sz w:val="28"/>
          <w:szCs w:val="28"/>
          <w:lang w:val="ru-RU"/>
        </w:rPr>
        <w:t>«Вильнюс»</w:t>
      </w:r>
      <w:r w:rsidR="00F24C46" w:rsidRPr="00D85610">
        <w:rPr>
          <w:sz w:val="28"/>
          <w:szCs w:val="28"/>
          <w:lang w:val="ru-RU"/>
        </w:rPr>
        <w:t xml:space="preserve"> и на официальном сайте ГИС ЖКХ и ЖСК</w:t>
      </w:r>
      <w:r w:rsidR="00106BB1">
        <w:rPr>
          <w:sz w:val="28"/>
          <w:szCs w:val="28"/>
          <w:lang w:val="ru-RU"/>
        </w:rPr>
        <w:t xml:space="preserve"> </w:t>
      </w:r>
      <w:r w:rsidR="00106BB1" w:rsidRPr="00D85610">
        <w:rPr>
          <w:sz w:val="28"/>
          <w:szCs w:val="28"/>
          <w:lang w:val="ru-RU"/>
        </w:rPr>
        <w:t>«Вильнюс»</w:t>
      </w:r>
      <w:r w:rsidR="00F24C46" w:rsidRPr="00D85610">
        <w:rPr>
          <w:sz w:val="28"/>
          <w:szCs w:val="28"/>
          <w:lang w:val="ru-RU"/>
        </w:rPr>
        <w:t>.</w:t>
      </w:r>
    </w:p>
    <w:p w14:paraId="784CC16B" w14:textId="6A8FFF40"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10.24.8. </w:t>
      </w:r>
      <w:r w:rsidR="00F24C46" w:rsidRPr="00D85610">
        <w:rPr>
          <w:sz w:val="28"/>
          <w:szCs w:val="28"/>
          <w:lang w:val="ru-RU"/>
        </w:rPr>
        <w:t xml:space="preserve">Решения, принятые на </w:t>
      </w:r>
      <w:r w:rsidR="004156EF" w:rsidRPr="00D85610">
        <w:rPr>
          <w:sz w:val="28"/>
          <w:szCs w:val="28"/>
          <w:lang w:val="ru-RU"/>
        </w:rPr>
        <w:t>Обще</w:t>
      </w:r>
      <w:r w:rsidR="004156EF">
        <w:rPr>
          <w:sz w:val="28"/>
          <w:szCs w:val="28"/>
          <w:lang w:val="ru-RU"/>
        </w:rPr>
        <w:t>м</w:t>
      </w:r>
      <w:r w:rsidR="004156EF" w:rsidRPr="00D85610">
        <w:rPr>
          <w:sz w:val="28"/>
          <w:szCs w:val="28"/>
          <w:lang w:val="ru-RU"/>
        </w:rPr>
        <w:t xml:space="preserve"> собрани</w:t>
      </w:r>
      <w:r w:rsidR="004156EF">
        <w:rPr>
          <w:sz w:val="28"/>
          <w:szCs w:val="28"/>
          <w:lang w:val="ru-RU"/>
        </w:rPr>
        <w:t>и</w:t>
      </w:r>
      <w:r w:rsidR="00F24C46" w:rsidRPr="00D85610">
        <w:rPr>
          <w:sz w:val="28"/>
          <w:szCs w:val="28"/>
          <w:lang w:val="ru-RU"/>
        </w:rPr>
        <w:t xml:space="preserve">, являются обязательными для всех собственников помещений, в т.ч. и для тех, кто по каким-либо причинам не принимал участия в голосовании, членов </w:t>
      </w:r>
      <w:proofErr w:type="gramStart"/>
      <w:r w:rsidR="00F24C46" w:rsidRPr="00D85610">
        <w:rPr>
          <w:sz w:val="28"/>
          <w:szCs w:val="28"/>
          <w:lang w:val="ru-RU"/>
        </w:rPr>
        <w:t>ЖСК</w:t>
      </w:r>
      <w:r w:rsidR="00106BB1">
        <w:rPr>
          <w:sz w:val="28"/>
          <w:szCs w:val="28"/>
          <w:lang w:val="ru-RU"/>
        </w:rPr>
        <w:t xml:space="preserve"> </w:t>
      </w:r>
      <w:r w:rsidR="00F24C46" w:rsidRPr="00D85610">
        <w:rPr>
          <w:sz w:val="28"/>
          <w:szCs w:val="28"/>
          <w:lang w:val="ru-RU"/>
        </w:rPr>
        <w:t xml:space="preserve"> и</w:t>
      </w:r>
      <w:proofErr w:type="gramEnd"/>
      <w:r w:rsidR="00F24C46" w:rsidRPr="00D85610">
        <w:rPr>
          <w:sz w:val="28"/>
          <w:szCs w:val="28"/>
          <w:lang w:val="ru-RU"/>
        </w:rPr>
        <w:t xml:space="preserve"> органов управления ЖСК</w:t>
      </w:r>
      <w:r w:rsidR="00106BB1">
        <w:rPr>
          <w:sz w:val="28"/>
          <w:szCs w:val="28"/>
          <w:lang w:val="ru-RU"/>
        </w:rPr>
        <w:t xml:space="preserve"> </w:t>
      </w:r>
      <w:r w:rsidR="00106BB1" w:rsidRPr="00D85610">
        <w:rPr>
          <w:sz w:val="28"/>
          <w:szCs w:val="28"/>
          <w:lang w:val="ru-RU"/>
        </w:rPr>
        <w:t>«Вильнюс</w:t>
      </w:r>
      <w:proofErr w:type="gramStart"/>
      <w:r w:rsidR="00106BB1" w:rsidRPr="00D85610">
        <w:rPr>
          <w:sz w:val="28"/>
          <w:szCs w:val="28"/>
          <w:lang w:val="ru-RU"/>
        </w:rPr>
        <w:t>»</w:t>
      </w:r>
      <w:r w:rsidR="00106BB1">
        <w:rPr>
          <w:sz w:val="28"/>
          <w:szCs w:val="28"/>
          <w:lang w:val="ru-RU"/>
        </w:rPr>
        <w:t xml:space="preserve"> </w:t>
      </w:r>
      <w:r w:rsidR="00F24C46" w:rsidRPr="00D85610">
        <w:rPr>
          <w:sz w:val="28"/>
          <w:szCs w:val="28"/>
          <w:lang w:val="ru-RU"/>
        </w:rPr>
        <w:t>.</w:t>
      </w:r>
      <w:proofErr w:type="gramEnd"/>
    </w:p>
    <w:p w14:paraId="33A51E6F" w14:textId="170DB94A"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10.24.9. </w:t>
      </w:r>
      <w:r w:rsidR="00F24C46" w:rsidRPr="00D85610">
        <w:rPr>
          <w:sz w:val="28"/>
          <w:szCs w:val="28"/>
          <w:lang w:val="ru-RU"/>
        </w:rPr>
        <w:t xml:space="preserve">Принципы голосования при любой форме проведения </w:t>
      </w:r>
      <w:r w:rsidR="004156EF" w:rsidRPr="00D85610">
        <w:rPr>
          <w:sz w:val="28"/>
          <w:szCs w:val="28"/>
          <w:lang w:val="ru-RU"/>
        </w:rPr>
        <w:t>Обще</w:t>
      </w:r>
      <w:r w:rsidR="004156EF">
        <w:rPr>
          <w:sz w:val="28"/>
          <w:szCs w:val="28"/>
          <w:lang w:val="ru-RU"/>
        </w:rPr>
        <w:t>го</w:t>
      </w:r>
      <w:r w:rsidR="004156EF" w:rsidRPr="00D85610">
        <w:rPr>
          <w:sz w:val="28"/>
          <w:szCs w:val="28"/>
          <w:lang w:val="ru-RU"/>
        </w:rPr>
        <w:t xml:space="preserve"> собрани</w:t>
      </w:r>
      <w:r w:rsidR="004156EF">
        <w:rPr>
          <w:sz w:val="28"/>
          <w:szCs w:val="28"/>
          <w:lang w:val="ru-RU"/>
        </w:rPr>
        <w:t>я</w:t>
      </w:r>
      <w:r w:rsidR="004156EF" w:rsidRPr="00D85610">
        <w:rPr>
          <w:sz w:val="28"/>
          <w:szCs w:val="28"/>
          <w:lang w:val="ru-RU"/>
        </w:rPr>
        <w:t xml:space="preserve"> </w:t>
      </w:r>
      <w:r w:rsidR="00F24C46" w:rsidRPr="00D85610">
        <w:rPr>
          <w:sz w:val="28"/>
          <w:szCs w:val="28"/>
          <w:lang w:val="ru-RU"/>
        </w:rPr>
        <w:t>одинаковы.</w:t>
      </w:r>
    </w:p>
    <w:p w14:paraId="608D45D7" w14:textId="6D0D0795"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 xml:space="preserve">10.24.10. </w:t>
      </w:r>
      <w:r w:rsidR="00F24C46" w:rsidRPr="00D85610">
        <w:rPr>
          <w:sz w:val="28"/>
          <w:szCs w:val="28"/>
          <w:lang w:val="ru-RU"/>
        </w:rPr>
        <w:t>Собрание, проводимое в форме заочного голосования, проводится в соответствии со ст. 47, ст. 48 п. 4.1, п. 5, п. 5.1, п. 6 ЖК РФ.</w:t>
      </w:r>
    </w:p>
    <w:p w14:paraId="26BD27D1" w14:textId="04A25398" w:rsidR="00452B5E" w:rsidRPr="00D85610" w:rsidRDefault="002E330B" w:rsidP="002E330B">
      <w:pPr>
        <w:spacing w:line="276" w:lineRule="auto"/>
        <w:jc w:val="both"/>
        <w:rPr>
          <w:sz w:val="28"/>
          <w:szCs w:val="28"/>
          <w:lang w:val="ru-RU"/>
        </w:rPr>
      </w:pPr>
      <w:r>
        <w:rPr>
          <w:sz w:val="28"/>
          <w:szCs w:val="28"/>
          <w:lang w:val="ru-RU"/>
        </w:rPr>
        <w:t xml:space="preserve">        </w:t>
      </w:r>
      <w:r w:rsidR="00C7743E">
        <w:rPr>
          <w:sz w:val="28"/>
          <w:szCs w:val="28"/>
          <w:lang w:val="ru-RU"/>
        </w:rPr>
        <w:t>10.24.11. Р</w:t>
      </w:r>
      <w:r w:rsidR="00F24C46" w:rsidRPr="00D85610">
        <w:rPr>
          <w:sz w:val="28"/>
          <w:szCs w:val="28"/>
          <w:lang w:val="ru-RU"/>
        </w:rPr>
        <w:t xml:space="preserve">ешения </w:t>
      </w:r>
      <w:r w:rsidR="004156EF" w:rsidRPr="00D85610">
        <w:rPr>
          <w:sz w:val="28"/>
          <w:szCs w:val="28"/>
          <w:lang w:val="ru-RU"/>
        </w:rPr>
        <w:t>Обще</w:t>
      </w:r>
      <w:r w:rsidR="004156EF">
        <w:rPr>
          <w:sz w:val="28"/>
          <w:szCs w:val="28"/>
          <w:lang w:val="ru-RU"/>
        </w:rPr>
        <w:t>го</w:t>
      </w:r>
      <w:r w:rsidR="004156EF" w:rsidRPr="00D85610">
        <w:rPr>
          <w:sz w:val="28"/>
          <w:szCs w:val="28"/>
          <w:lang w:val="ru-RU"/>
        </w:rPr>
        <w:t xml:space="preserve"> собрани</w:t>
      </w:r>
      <w:r w:rsidR="004156EF">
        <w:rPr>
          <w:sz w:val="28"/>
          <w:szCs w:val="28"/>
          <w:lang w:val="ru-RU"/>
        </w:rPr>
        <w:t>я</w:t>
      </w:r>
      <w:r w:rsidR="004156EF" w:rsidRPr="00D85610">
        <w:rPr>
          <w:sz w:val="28"/>
          <w:szCs w:val="28"/>
          <w:lang w:val="ru-RU"/>
        </w:rPr>
        <w:t xml:space="preserve"> </w:t>
      </w:r>
      <w:r w:rsidR="00F24C46" w:rsidRPr="00D85610">
        <w:rPr>
          <w:sz w:val="28"/>
          <w:szCs w:val="28"/>
          <w:lang w:val="ru-RU"/>
        </w:rPr>
        <w:t xml:space="preserve">вступают в силу с даты оформления протокола, действуют до момента отмены их судом, отмены или пересмотра последующими </w:t>
      </w:r>
      <w:r w:rsidR="004156EF" w:rsidRPr="00D85610">
        <w:rPr>
          <w:sz w:val="28"/>
          <w:szCs w:val="28"/>
          <w:lang w:val="ru-RU"/>
        </w:rPr>
        <w:t>Общ</w:t>
      </w:r>
      <w:r w:rsidR="004156EF">
        <w:rPr>
          <w:sz w:val="28"/>
          <w:szCs w:val="28"/>
          <w:lang w:val="ru-RU"/>
        </w:rPr>
        <w:t>ими</w:t>
      </w:r>
      <w:r w:rsidR="004156EF" w:rsidRPr="00D85610">
        <w:rPr>
          <w:sz w:val="28"/>
          <w:szCs w:val="28"/>
          <w:lang w:val="ru-RU"/>
        </w:rPr>
        <w:t xml:space="preserve"> собрани</w:t>
      </w:r>
      <w:r w:rsidR="004156EF">
        <w:rPr>
          <w:sz w:val="28"/>
          <w:szCs w:val="28"/>
          <w:lang w:val="ru-RU"/>
        </w:rPr>
        <w:t>ями</w:t>
      </w:r>
      <w:r w:rsidR="00F24C46" w:rsidRPr="00D85610">
        <w:rPr>
          <w:sz w:val="28"/>
          <w:szCs w:val="28"/>
          <w:lang w:val="ru-RU"/>
        </w:rPr>
        <w:t>.</w:t>
      </w:r>
    </w:p>
    <w:p w14:paraId="04EA7D14" w14:textId="77777777" w:rsidR="00BC697A" w:rsidRDefault="00BC697A" w:rsidP="00D85610">
      <w:pPr>
        <w:spacing w:before="240" w:line="276" w:lineRule="auto"/>
        <w:jc w:val="center"/>
        <w:rPr>
          <w:b/>
          <w:sz w:val="28"/>
          <w:szCs w:val="28"/>
          <w:lang w:val="ru-RU"/>
        </w:rPr>
      </w:pPr>
    </w:p>
    <w:p w14:paraId="41AD472E" w14:textId="01ADD5AA" w:rsidR="00452B5E" w:rsidRPr="00D85610" w:rsidRDefault="00F24C46" w:rsidP="00D85610">
      <w:pPr>
        <w:spacing w:before="240" w:line="276" w:lineRule="auto"/>
        <w:jc w:val="center"/>
        <w:rPr>
          <w:sz w:val="28"/>
          <w:szCs w:val="28"/>
          <w:lang w:val="ru-RU"/>
        </w:rPr>
      </w:pPr>
      <w:r w:rsidRPr="00D85610">
        <w:rPr>
          <w:b/>
          <w:sz w:val="28"/>
          <w:szCs w:val="28"/>
          <w:lang w:val="ru-RU"/>
        </w:rPr>
        <w:lastRenderedPageBreak/>
        <w:t>11. ПРАВЛЕНИЕ, ПРЕДСЕДАТЕЛЬ ПРАВЛЕНИЯ</w:t>
      </w:r>
    </w:p>
    <w:p w14:paraId="4987C719" w14:textId="05DD6C4D" w:rsidR="004442A5" w:rsidRDefault="002E70C5" w:rsidP="00C7743E">
      <w:pPr>
        <w:spacing w:line="276" w:lineRule="auto"/>
        <w:jc w:val="both"/>
        <w:rPr>
          <w:sz w:val="28"/>
          <w:szCs w:val="28"/>
          <w:lang w:val="ru-RU"/>
        </w:rPr>
      </w:pPr>
      <w:r>
        <w:rPr>
          <w:sz w:val="28"/>
          <w:szCs w:val="28"/>
          <w:lang w:val="ru-RU"/>
        </w:rPr>
        <w:t xml:space="preserve">          </w:t>
      </w:r>
      <w:r w:rsidR="00E66A81">
        <w:rPr>
          <w:sz w:val="28"/>
          <w:szCs w:val="28"/>
          <w:lang w:val="ru-RU"/>
        </w:rPr>
        <w:t>11.1</w:t>
      </w:r>
      <w:r w:rsidR="002A5112" w:rsidRPr="00060EC6">
        <w:rPr>
          <w:sz w:val="28"/>
          <w:szCs w:val="28"/>
          <w:lang w:val="ru-RU"/>
        </w:rPr>
        <w:t>.</w:t>
      </w:r>
      <w:r w:rsidR="00E66A81">
        <w:rPr>
          <w:sz w:val="28"/>
          <w:szCs w:val="28"/>
          <w:lang w:val="ru-RU"/>
        </w:rPr>
        <w:t xml:space="preserve"> </w:t>
      </w:r>
      <w:r w:rsidR="00F24C46" w:rsidRPr="00D85610">
        <w:rPr>
          <w:sz w:val="28"/>
          <w:szCs w:val="28"/>
          <w:lang w:val="ru-RU"/>
        </w:rPr>
        <w:t xml:space="preserve">Правление ЖСК «Вильнюс» в составе </w:t>
      </w:r>
      <w:r>
        <w:rPr>
          <w:sz w:val="28"/>
          <w:szCs w:val="28"/>
          <w:lang w:val="ru-RU"/>
        </w:rPr>
        <w:t>не менее 5</w:t>
      </w:r>
      <w:r w:rsidR="00F24C46" w:rsidRPr="00D85610">
        <w:rPr>
          <w:sz w:val="28"/>
          <w:szCs w:val="28"/>
          <w:lang w:val="ru-RU"/>
        </w:rPr>
        <w:t xml:space="preserve"> (</w:t>
      </w:r>
      <w:r>
        <w:rPr>
          <w:sz w:val="28"/>
          <w:szCs w:val="28"/>
          <w:lang w:val="ru-RU"/>
        </w:rPr>
        <w:t>пяти</w:t>
      </w:r>
      <w:r w:rsidR="00F24C46" w:rsidRPr="00D85610">
        <w:rPr>
          <w:sz w:val="28"/>
          <w:szCs w:val="28"/>
          <w:lang w:val="ru-RU"/>
        </w:rPr>
        <w:t>) человек избирается из числа членов ЖСК «Вильнюс» Общим собранием сроком на 3 (три) года. Лица, избранные в состав Правления, могут быть переизбраны на новый срок.</w:t>
      </w:r>
    </w:p>
    <w:p w14:paraId="58336BC2" w14:textId="1C09D2E8" w:rsidR="004442A5" w:rsidRPr="004442A5" w:rsidRDefault="004442A5" w:rsidP="00C7743E">
      <w:pPr>
        <w:spacing w:line="276" w:lineRule="auto"/>
        <w:jc w:val="both"/>
        <w:rPr>
          <w:sz w:val="28"/>
          <w:szCs w:val="28"/>
          <w:lang w:val="ru-RU"/>
        </w:rPr>
      </w:pPr>
      <w:r>
        <w:rPr>
          <w:sz w:val="28"/>
          <w:szCs w:val="28"/>
          <w:lang w:val="ru-RU"/>
        </w:rPr>
        <w:t xml:space="preserve">         </w:t>
      </w:r>
      <w:r w:rsidRPr="004442A5">
        <w:rPr>
          <w:sz w:val="28"/>
          <w:szCs w:val="28"/>
          <w:lang w:val="ru-RU"/>
        </w:rPr>
        <w:t xml:space="preserve">Членом </w:t>
      </w:r>
      <w:r w:rsidR="00106BB1" w:rsidRPr="00F80E43">
        <w:rPr>
          <w:sz w:val="28"/>
          <w:szCs w:val="28"/>
          <w:lang w:val="ru-RU"/>
        </w:rPr>
        <w:t>Правления</w:t>
      </w:r>
      <w:r w:rsidR="00106BB1">
        <w:rPr>
          <w:sz w:val="28"/>
          <w:szCs w:val="28"/>
          <w:lang w:val="ru-RU"/>
        </w:rPr>
        <w:t xml:space="preserve"> </w:t>
      </w:r>
      <w:r w:rsidRPr="004442A5">
        <w:rPr>
          <w:sz w:val="28"/>
          <w:szCs w:val="28"/>
          <w:lang w:val="ru-RU"/>
        </w:rPr>
        <w:t xml:space="preserve">кооператива может стать лицо, соответствующее требованиям законодательства РФ, при условии, </w:t>
      </w:r>
      <w:r w:rsidRPr="009C2F84">
        <w:rPr>
          <w:sz w:val="28"/>
          <w:szCs w:val="28"/>
          <w:lang w:val="ru-RU"/>
        </w:rPr>
        <w:t>что не менее одного</w:t>
      </w:r>
      <w:r w:rsidRPr="004442A5">
        <w:rPr>
          <w:sz w:val="28"/>
          <w:szCs w:val="28"/>
          <w:lang w:val="ru-RU"/>
        </w:rPr>
        <w:t xml:space="preserve"> члена</w:t>
      </w:r>
      <w:r w:rsidR="00106BB1">
        <w:rPr>
          <w:sz w:val="28"/>
          <w:szCs w:val="28"/>
          <w:lang w:val="ru-RU"/>
        </w:rPr>
        <w:t xml:space="preserve"> </w:t>
      </w:r>
      <w:r w:rsidR="00106BB1" w:rsidRPr="00F80E43">
        <w:rPr>
          <w:sz w:val="28"/>
          <w:szCs w:val="28"/>
          <w:lang w:val="ru-RU"/>
        </w:rPr>
        <w:t>Правления</w:t>
      </w:r>
      <w:r w:rsidRPr="004442A5">
        <w:rPr>
          <w:sz w:val="28"/>
          <w:szCs w:val="28"/>
          <w:lang w:val="ru-RU"/>
        </w:rPr>
        <w:t xml:space="preserve"> кооператива (или кандидата в члены) имеют техническое образование, подтвержденное документом государственного образца. Данное требование необходимо для обеспечения надлежащей технической эксплуатации имущества кооператива и соблюдения норм безопасности.</w:t>
      </w:r>
    </w:p>
    <w:p w14:paraId="57025781" w14:textId="6C1344F6" w:rsidR="00452B5E" w:rsidRDefault="00E66A81" w:rsidP="00D85610">
      <w:pPr>
        <w:spacing w:line="276" w:lineRule="auto"/>
        <w:ind w:firstLine="709"/>
        <w:jc w:val="both"/>
        <w:rPr>
          <w:sz w:val="28"/>
          <w:szCs w:val="28"/>
          <w:lang w:val="ru-RU"/>
        </w:rPr>
      </w:pPr>
      <w:r>
        <w:rPr>
          <w:sz w:val="28"/>
          <w:szCs w:val="28"/>
          <w:lang w:val="ru-RU"/>
        </w:rPr>
        <w:t xml:space="preserve">11.1.1. Члены ЖСК «Вильнюс», </w:t>
      </w:r>
      <w:r w:rsidR="00F24C46" w:rsidRPr="00D85610">
        <w:rPr>
          <w:sz w:val="28"/>
          <w:szCs w:val="28"/>
          <w:lang w:val="ru-RU"/>
        </w:rPr>
        <w:t>имеющие задолженность по уплате любого вида взносов, в том числе коммунальных платежей, просрочка которой превышает 60 (шестьдесят) календарных дней, не могут быть избраны членами Правления и Ревизионной комиссии.</w:t>
      </w:r>
    </w:p>
    <w:p w14:paraId="31CE6AC8" w14:textId="1FAA60F1" w:rsidR="00F5396F" w:rsidRPr="00F80E43" w:rsidRDefault="00D648DF" w:rsidP="00F5396F">
      <w:pPr>
        <w:spacing w:line="276" w:lineRule="auto"/>
        <w:ind w:firstLine="709"/>
        <w:jc w:val="both"/>
        <w:rPr>
          <w:sz w:val="28"/>
          <w:szCs w:val="28"/>
          <w:highlight w:val="lightGray"/>
          <w:lang w:val="ru-RU"/>
        </w:rPr>
      </w:pPr>
      <w:r>
        <w:rPr>
          <w:sz w:val="28"/>
          <w:szCs w:val="28"/>
          <w:lang w:val="ru-RU"/>
        </w:rPr>
        <w:t>11.</w:t>
      </w:r>
      <w:r w:rsidR="003E0106" w:rsidRPr="003E0106">
        <w:rPr>
          <w:sz w:val="28"/>
          <w:szCs w:val="28"/>
          <w:lang w:val="ru-RU"/>
        </w:rPr>
        <w:t>1</w:t>
      </w:r>
      <w:r w:rsidR="003E0106" w:rsidRPr="00060EC6">
        <w:rPr>
          <w:sz w:val="28"/>
          <w:szCs w:val="28"/>
          <w:lang w:val="ru-RU"/>
        </w:rPr>
        <w:t>.</w:t>
      </w:r>
      <w:r>
        <w:rPr>
          <w:sz w:val="28"/>
          <w:szCs w:val="28"/>
          <w:lang w:val="ru-RU"/>
        </w:rPr>
        <w:t xml:space="preserve">2. </w:t>
      </w:r>
      <w:r w:rsidR="00F5396F" w:rsidRPr="00F80E43">
        <w:rPr>
          <w:sz w:val="28"/>
          <w:szCs w:val="28"/>
          <w:highlight w:val="lightGray"/>
          <w:lang w:val="ru-RU"/>
        </w:rPr>
        <w:t xml:space="preserve">Лица, входившие в </w:t>
      </w:r>
      <w:proofErr w:type="gramStart"/>
      <w:r w:rsidR="00F5396F" w:rsidRPr="00F80E43">
        <w:rPr>
          <w:sz w:val="28"/>
          <w:szCs w:val="28"/>
          <w:highlight w:val="lightGray"/>
          <w:lang w:val="ru-RU"/>
        </w:rPr>
        <w:t>состав</w:t>
      </w:r>
      <w:r w:rsidR="00C53EF4" w:rsidRPr="00F80E43">
        <w:rPr>
          <w:sz w:val="28"/>
          <w:szCs w:val="28"/>
          <w:highlight w:val="lightGray"/>
          <w:lang w:val="ru-RU"/>
        </w:rPr>
        <w:t xml:space="preserve"> </w:t>
      </w:r>
      <w:r w:rsidR="00F5396F" w:rsidRPr="00F80E43">
        <w:rPr>
          <w:sz w:val="28"/>
          <w:szCs w:val="28"/>
          <w:highlight w:val="lightGray"/>
          <w:lang w:val="ru-RU"/>
        </w:rPr>
        <w:t xml:space="preserve"> Правления</w:t>
      </w:r>
      <w:proofErr w:type="gramEnd"/>
      <w:r w:rsidR="00F5396F" w:rsidRPr="00F80E43">
        <w:rPr>
          <w:sz w:val="28"/>
          <w:szCs w:val="28"/>
          <w:highlight w:val="lightGray"/>
          <w:lang w:val="ru-RU"/>
        </w:rPr>
        <w:t xml:space="preserve"> ЖСК «Вильнюс», не могут быть повторно избраны в Правление или Ревизионную комиссию, если их деятельность была признана неудовлетворительной решением общего собрания членов ЖСК</w:t>
      </w:r>
      <w:r w:rsidR="00106BB1" w:rsidRPr="00F80E43">
        <w:rPr>
          <w:sz w:val="28"/>
          <w:szCs w:val="28"/>
          <w:highlight w:val="lightGray"/>
          <w:lang w:val="ru-RU"/>
        </w:rPr>
        <w:t xml:space="preserve"> «Вильнюс»</w:t>
      </w:r>
      <w:r w:rsidR="00F5396F" w:rsidRPr="00F80E43">
        <w:rPr>
          <w:sz w:val="28"/>
          <w:szCs w:val="28"/>
          <w:highlight w:val="lightGray"/>
          <w:lang w:val="ru-RU"/>
        </w:rPr>
        <w:t xml:space="preserve">, принятым по результатам рассмотрения ежегодного отчета или акта Ревизионной комиссии. </w:t>
      </w:r>
      <w:r w:rsidR="009C2F84" w:rsidRPr="00F80E43">
        <w:rPr>
          <w:sz w:val="28"/>
          <w:szCs w:val="28"/>
          <w:highlight w:val="lightGray"/>
          <w:lang w:val="ru-RU"/>
        </w:rPr>
        <w:t>Ограничение вводится при наличии в решении общего собрания следующих установленных правонарушений</w:t>
      </w:r>
      <w:r w:rsidR="00F5396F" w:rsidRPr="00F80E43">
        <w:rPr>
          <w:sz w:val="28"/>
          <w:szCs w:val="28"/>
          <w:highlight w:val="lightGray"/>
          <w:lang w:val="ru-RU"/>
        </w:rPr>
        <w:t>:</w:t>
      </w:r>
    </w:p>
    <w:p w14:paraId="56E3383F" w14:textId="77777777" w:rsidR="00F5396F" w:rsidRPr="00F80E43" w:rsidRDefault="00F5396F" w:rsidP="00F5396F">
      <w:pPr>
        <w:numPr>
          <w:ilvl w:val="0"/>
          <w:numId w:val="25"/>
        </w:numPr>
        <w:spacing w:line="276" w:lineRule="auto"/>
        <w:jc w:val="both"/>
        <w:rPr>
          <w:sz w:val="28"/>
          <w:szCs w:val="28"/>
          <w:highlight w:val="lightGray"/>
          <w:lang w:val="ru-RU"/>
        </w:rPr>
      </w:pPr>
      <w:r w:rsidRPr="00F80E43">
        <w:rPr>
          <w:sz w:val="28"/>
          <w:szCs w:val="28"/>
          <w:highlight w:val="lightGray"/>
          <w:lang w:val="ru-RU"/>
        </w:rPr>
        <w:t>действия (бездействие), повлекшие финансовые убытки;</w:t>
      </w:r>
    </w:p>
    <w:p w14:paraId="65F1AE90" w14:textId="77777777" w:rsidR="00F5396F" w:rsidRPr="00F80E43" w:rsidRDefault="00F5396F" w:rsidP="00F5396F">
      <w:pPr>
        <w:numPr>
          <w:ilvl w:val="0"/>
          <w:numId w:val="25"/>
        </w:numPr>
        <w:spacing w:line="276" w:lineRule="auto"/>
        <w:jc w:val="both"/>
        <w:rPr>
          <w:sz w:val="28"/>
          <w:szCs w:val="28"/>
          <w:highlight w:val="lightGray"/>
          <w:lang w:val="ru-RU"/>
        </w:rPr>
      </w:pPr>
      <w:r w:rsidRPr="00F80E43">
        <w:rPr>
          <w:sz w:val="28"/>
          <w:szCs w:val="28"/>
          <w:highlight w:val="lightGray"/>
          <w:lang w:val="ru-RU"/>
        </w:rPr>
        <w:t>действия (бездействие), создавшие угрозу жизни и здоровью граждан;</w:t>
      </w:r>
    </w:p>
    <w:p w14:paraId="03C2B6D0" w14:textId="682B9A29" w:rsidR="00F5396F" w:rsidRPr="00F80E43" w:rsidRDefault="00F5396F" w:rsidP="00F5396F">
      <w:pPr>
        <w:numPr>
          <w:ilvl w:val="0"/>
          <w:numId w:val="25"/>
        </w:numPr>
        <w:spacing w:line="276" w:lineRule="auto"/>
        <w:jc w:val="both"/>
        <w:rPr>
          <w:sz w:val="28"/>
          <w:szCs w:val="28"/>
          <w:highlight w:val="lightGray"/>
        </w:rPr>
      </w:pPr>
      <w:proofErr w:type="spellStart"/>
      <w:r w:rsidRPr="00F80E43">
        <w:rPr>
          <w:sz w:val="28"/>
          <w:szCs w:val="28"/>
          <w:highlight w:val="lightGray"/>
        </w:rPr>
        <w:t>факты</w:t>
      </w:r>
      <w:proofErr w:type="spellEnd"/>
      <w:r w:rsidRPr="00F80E43">
        <w:rPr>
          <w:sz w:val="28"/>
          <w:szCs w:val="28"/>
          <w:highlight w:val="lightGray"/>
        </w:rPr>
        <w:t xml:space="preserve"> </w:t>
      </w:r>
      <w:proofErr w:type="spellStart"/>
      <w:r w:rsidRPr="00F80E43">
        <w:rPr>
          <w:sz w:val="28"/>
          <w:szCs w:val="28"/>
          <w:highlight w:val="lightGray"/>
        </w:rPr>
        <w:t>злоупотребления</w:t>
      </w:r>
      <w:proofErr w:type="spellEnd"/>
      <w:r w:rsidRPr="00F80E43">
        <w:rPr>
          <w:sz w:val="28"/>
          <w:szCs w:val="28"/>
          <w:highlight w:val="lightGray"/>
        </w:rPr>
        <w:t xml:space="preserve"> </w:t>
      </w:r>
      <w:proofErr w:type="spellStart"/>
      <w:r w:rsidRPr="00F80E43">
        <w:rPr>
          <w:sz w:val="28"/>
          <w:szCs w:val="28"/>
          <w:highlight w:val="lightGray"/>
        </w:rPr>
        <w:t>полномочиями</w:t>
      </w:r>
      <w:proofErr w:type="spellEnd"/>
      <w:r w:rsidRPr="00F80E43">
        <w:rPr>
          <w:sz w:val="28"/>
          <w:szCs w:val="28"/>
          <w:highlight w:val="lightGray"/>
        </w:rPr>
        <w:t>.</w:t>
      </w:r>
    </w:p>
    <w:p w14:paraId="0FE3E342" w14:textId="02B789D6" w:rsidR="00452B5E" w:rsidRPr="00D85610" w:rsidRDefault="00D648DF" w:rsidP="00D85610">
      <w:pPr>
        <w:spacing w:line="276" w:lineRule="auto"/>
        <w:ind w:firstLine="709"/>
        <w:jc w:val="both"/>
        <w:rPr>
          <w:sz w:val="28"/>
          <w:szCs w:val="28"/>
          <w:lang w:val="ru-RU"/>
        </w:rPr>
      </w:pPr>
      <w:r>
        <w:rPr>
          <w:sz w:val="28"/>
          <w:szCs w:val="28"/>
          <w:lang w:val="ru-RU"/>
        </w:rPr>
        <w:t>11.</w:t>
      </w:r>
      <w:r w:rsidR="003E0106" w:rsidRPr="00060EC6">
        <w:rPr>
          <w:sz w:val="28"/>
          <w:szCs w:val="28"/>
          <w:lang w:val="ru-RU"/>
        </w:rPr>
        <w:t>2</w:t>
      </w:r>
      <w:r>
        <w:rPr>
          <w:sz w:val="28"/>
          <w:szCs w:val="28"/>
          <w:lang w:val="ru-RU"/>
        </w:rPr>
        <w:t xml:space="preserve">. </w:t>
      </w:r>
      <w:r w:rsidR="00F24C46" w:rsidRPr="00D85610">
        <w:rPr>
          <w:sz w:val="28"/>
          <w:szCs w:val="28"/>
          <w:lang w:val="ru-RU"/>
        </w:rPr>
        <w:t>Правление осуществляет руководство текущей деятельностью ЖСК «Вильнюс» и реализует иные полномочия, не отнесённые Уставом к компетенции Общего собрания, в том числе:</w:t>
      </w:r>
    </w:p>
    <w:p w14:paraId="349203F7" w14:textId="4A71ABE6" w:rsidR="00452B5E" w:rsidRPr="006E1D16" w:rsidRDefault="00F24C46" w:rsidP="006E1D16">
      <w:pPr>
        <w:pStyle w:val="ae"/>
        <w:numPr>
          <w:ilvl w:val="0"/>
          <w:numId w:val="21"/>
        </w:numPr>
        <w:spacing w:line="276" w:lineRule="auto"/>
        <w:jc w:val="both"/>
        <w:rPr>
          <w:sz w:val="28"/>
          <w:szCs w:val="28"/>
          <w:lang w:val="ru-RU"/>
        </w:rPr>
      </w:pPr>
      <w:r w:rsidRPr="006E1D16">
        <w:rPr>
          <w:sz w:val="28"/>
          <w:szCs w:val="28"/>
          <w:lang w:val="ru-RU"/>
        </w:rPr>
        <w:t>избирает из своего состава Председателя Правления;</w:t>
      </w:r>
    </w:p>
    <w:p w14:paraId="60AEDBEB" w14:textId="09879128"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 xml:space="preserve">созывает и </w:t>
      </w:r>
      <w:r w:rsidR="00EC0F23">
        <w:rPr>
          <w:sz w:val="28"/>
          <w:szCs w:val="28"/>
          <w:lang w:val="ru-RU"/>
        </w:rPr>
        <w:t>организует</w:t>
      </w:r>
      <w:r w:rsidRPr="00974E73">
        <w:rPr>
          <w:sz w:val="28"/>
          <w:szCs w:val="28"/>
          <w:lang w:val="ru-RU"/>
        </w:rPr>
        <w:t xml:space="preserve"> ежегодное Общее собрание и Внеочередное Общее собрание членов ЖСК «Вильнюс»;</w:t>
      </w:r>
    </w:p>
    <w:p w14:paraId="2F37A143" w14:textId="0C66649C"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готовит и выносит на рассмотрение Общего собрания вопросы, отнесённые к компетенции Общего собрания;</w:t>
      </w:r>
    </w:p>
    <w:p w14:paraId="0432477C" w14:textId="4358603A"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принимает должные меры, направленные на выполнение решений, принятых Общим собранием;</w:t>
      </w:r>
    </w:p>
    <w:p w14:paraId="17ECFFBF" w14:textId="5C9A3082" w:rsidR="00452B5E" w:rsidRPr="00974E73" w:rsidRDefault="00974E73" w:rsidP="00974E73">
      <w:pPr>
        <w:pStyle w:val="ae"/>
        <w:numPr>
          <w:ilvl w:val="0"/>
          <w:numId w:val="21"/>
        </w:numPr>
        <w:spacing w:line="276" w:lineRule="auto"/>
        <w:jc w:val="both"/>
        <w:rPr>
          <w:sz w:val="28"/>
          <w:szCs w:val="28"/>
          <w:lang w:val="ru-RU"/>
        </w:rPr>
      </w:pPr>
      <w:r w:rsidRPr="00974E73">
        <w:rPr>
          <w:sz w:val="28"/>
          <w:szCs w:val="28"/>
          <w:lang w:val="ru-RU"/>
        </w:rPr>
        <w:lastRenderedPageBreak/>
        <w:t>в</w:t>
      </w:r>
      <w:r w:rsidR="00F24C46" w:rsidRPr="00974E73">
        <w:rPr>
          <w:sz w:val="28"/>
          <w:szCs w:val="28"/>
          <w:lang w:val="ru-RU"/>
        </w:rPr>
        <w:t xml:space="preserve">едёт реестр </w:t>
      </w:r>
      <w:r w:rsidR="00782D24" w:rsidRPr="00F80E43">
        <w:rPr>
          <w:sz w:val="28"/>
          <w:szCs w:val="28"/>
          <w:highlight w:val="lightGray"/>
          <w:lang w:val="ru-RU"/>
        </w:rPr>
        <w:t>собственников</w:t>
      </w:r>
      <w:r w:rsidR="00782D24">
        <w:rPr>
          <w:sz w:val="28"/>
          <w:szCs w:val="28"/>
          <w:lang w:val="ru-RU"/>
        </w:rPr>
        <w:t xml:space="preserve"> и</w:t>
      </w:r>
      <w:r w:rsidR="00CF0892">
        <w:rPr>
          <w:sz w:val="28"/>
          <w:szCs w:val="28"/>
          <w:lang w:val="ru-RU"/>
        </w:rPr>
        <w:t xml:space="preserve"> </w:t>
      </w:r>
      <w:r w:rsidR="00F24C46" w:rsidRPr="00974E73">
        <w:rPr>
          <w:sz w:val="28"/>
          <w:szCs w:val="28"/>
          <w:lang w:val="ru-RU"/>
        </w:rPr>
        <w:t>членов ЖСК «Вильнюс»;</w:t>
      </w:r>
    </w:p>
    <w:p w14:paraId="7A1BEF7E" w14:textId="563636D5"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оперативно решает хозяйственные вопросы;</w:t>
      </w:r>
    </w:p>
    <w:p w14:paraId="1CBF9BF4" w14:textId="21723C98"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в соответствии со сметой, утверждённой Общим собранием, рассматривает проект штатного расписания и принимает решение об утверждении;</w:t>
      </w:r>
    </w:p>
    <w:p w14:paraId="7DCE97C2" w14:textId="1A239552"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рассматривает кандидатуры наёмных работников ЖСК «Вильнюс» и принимает решение об их приёме или увольнении;</w:t>
      </w:r>
    </w:p>
    <w:p w14:paraId="79A0EF8D" w14:textId="1DE6712C"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контролирует соблюдение членами ЖСК «Вильнюс» уставных обязанностей;</w:t>
      </w:r>
    </w:p>
    <w:p w14:paraId="2E12DAA7" w14:textId="081C26E4"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рассматривает заявления граждан о добровольном выходе из членов и приёме в члены ЖСК «Вильнюс»;</w:t>
      </w:r>
    </w:p>
    <w:p w14:paraId="50E284F0" w14:textId="2213B637" w:rsidR="00452B5E" w:rsidRPr="00974E73" w:rsidRDefault="00F24C46" w:rsidP="00974E73">
      <w:pPr>
        <w:pStyle w:val="ae"/>
        <w:numPr>
          <w:ilvl w:val="0"/>
          <w:numId w:val="21"/>
        </w:numPr>
        <w:spacing w:line="276" w:lineRule="auto"/>
        <w:jc w:val="both"/>
        <w:rPr>
          <w:sz w:val="28"/>
          <w:szCs w:val="28"/>
          <w:lang w:val="ru-RU"/>
        </w:rPr>
      </w:pPr>
      <w:r w:rsidRPr="00974E73">
        <w:rPr>
          <w:sz w:val="28"/>
          <w:szCs w:val="28"/>
          <w:lang w:val="ru-RU"/>
        </w:rPr>
        <w:t>решает иные вопросы, предусмотренные законодательством РФ и настоящим Уставом.</w:t>
      </w:r>
    </w:p>
    <w:p w14:paraId="1D12CDDF" w14:textId="76EDAE00" w:rsidR="00452B5E" w:rsidRPr="00D85610" w:rsidRDefault="00037AB4" w:rsidP="00D85610">
      <w:pPr>
        <w:spacing w:line="276" w:lineRule="auto"/>
        <w:ind w:firstLine="709"/>
        <w:jc w:val="both"/>
        <w:rPr>
          <w:sz w:val="28"/>
          <w:szCs w:val="28"/>
          <w:lang w:val="ru-RU"/>
        </w:rPr>
      </w:pPr>
      <w:r>
        <w:rPr>
          <w:sz w:val="28"/>
          <w:szCs w:val="28"/>
          <w:lang w:val="ru-RU"/>
        </w:rPr>
        <w:t>11.</w:t>
      </w:r>
      <w:r w:rsidR="003E0106" w:rsidRPr="00060EC6">
        <w:rPr>
          <w:sz w:val="28"/>
          <w:szCs w:val="28"/>
          <w:lang w:val="ru-RU"/>
        </w:rPr>
        <w:t>3</w:t>
      </w:r>
      <w:r>
        <w:rPr>
          <w:sz w:val="28"/>
          <w:szCs w:val="28"/>
          <w:lang w:val="ru-RU"/>
        </w:rPr>
        <w:t xml:space="preserve">. </w:t>
      </w:r>
      <w:r w:rsidR="00F24C46" w:rsidRPr="00D85610">
        <w:rPr>
          <w:sz w:val="28"/>
          <w:szCs w:val="28"/>
          <w:lang w:val="ru-RU"/>
        </w:rPr>
        <w:t>Правление правомочно принимать решения, если на его заседании присутствуют более пятидесяти процентов от общего числа членов Правления.</w:t>
      </w:r>
    </w:p>
    <w:p w14:paraId="75709FF4"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Решения Правления принимаются простым большинством голосов.</w:t>
      </w:r>
    </w:p>
    <w:p w14:paraId="7CB53977"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Принятые решения оформляются в виде протоколов. Протоколы заседаний Правления подписываются Председателем Правления и всеми членами Правления, присутствующими на заседании.</w:t>
      </w:r>
    </w:p>
    <w:p w14:paraId="4F6A84BD" w14:textId="78189EC8" w:rsidR="00452B5E" w:rsidRPr="00D85610" w:rsidRDefault="00037AB4" w:rsidP="00D85610">
      <w:pPr>
        <w:spacing w:line="276" w:lineRule="auto"/>
        <w:ind w:firstLine="709"/>
        <w:jc w:val="both"/>
        <w:rPr>
          <w:sz w:val="28"/>
          <w:szCs w:val="28"/>
          <w:lang w:val="ru-RU"/>
        </w:rPr>
      </w:pPr>
      <w:r>
        <w:rPr>
          <w:sz w:val="28"/>
          <w:szCs w:val="28"/>
          <w:lang w:val="ru-RU"/>
        </w:rPr>
        <w:t>11.</w:t>
      </w:r>
      <w:r w:rsidR="003E0106" w:rsidRPr="00060EC6">
        <w:rPr>
          <w:sz w:val="28"/>
          <w:szCs w:val="28"/>
          <w:lang w:val="ru-RU"/>
        </w:rPr>
        <w:t>4</w:t>
      </w:r>
      <w:r>
        <w:rPr>
          <w:sz w:val="28"/>
          <w:szCs w:val="28"/>
          <w:lang w:val="ru-RU"/>
        </w:rPr>
        <w:t xml:space="preserve">. </w:t>
      </w:r>
      <w:r w:rsidR="00F24C46" w:rsidRPr="00D85610">
        <w:rPr>
          <w:sz w:val="28"/>
          <w:szCs w:val="28"/>
          <w:lang w:val="ru-RU"/>
        </w:rPr>
        <w:t>Решения Правления могут быть отменены только Общим собранием.</w:t>
      </w:r>
    </w:p>
    <w:p w14:paraId="44731FE6" w14:textId="32F8E217" w:rsidR="00452B5E" w:rsidRPr="00D85610" w:rsidRDefault="00037AB4" w:rsidP="00D85610">
      <w:pPr>
        <w:spacing w:line="276" w:lineRule="auto"/>
        <w:ind w:firstLine="709"/>
        <w:jc w:val="both"/>
        <w:rPr>
          <w:sz w:val="28"/>
          <w:szCs w:val="28"/>
          <w:lang w:val="ru-RU"/>
        </w:rPr>
      </w:pPr>
      <w:r>
        <w:rPr>
          <w:sz w:val="28"/>
          <w:szCs w:val="28"/>
          <w:lang w:val="ru-RU"/>
        </w:rPr>
        <w:t>11.</w:t>
      </w:r>
      <w:r w:rsidR="003E0106" w:rsidRPr="00060EC6">
        <w:rPr>
          <w:sz w:val="28"/>
          <w:szCs w:val="28"/>
          <w:lang w:val="ru-RU"/>
        </w:rPr>
        <w:t>5</w:t>
      </w:r>
      <w:r>
        <w:rPr>
          <w:sz w:val="28"/>
          <w:szCs w:val="28"/>
          <w:lang w:val="ru-RU"/>
        </w:rPr>
        <w:t xml:space="preserve">. </w:t>
      </w:r>
      <w:r w:rsidR="00F24C46" w:rsidRPr="00D85610">
        <w:rPr>
          <w:sz w:val="28"/>
          <w:szCs w:val="28"/>
          <w:lang w:val="ru-RU"/>
        </w:rPr>
        <w:t>Правление подотчётно Общему собранию.</w:t>
      </w:r>
    </w:p>
    <w:p w14:paraId="0F9BA136" w14:textId="39CE28E7" w:rsidR="00452B5E" w:rsidRPr="00D85610" w:rsidRDefault="00037AB4" w:rsidP="00D85610">
      <w:pPr>
        <w:spacing w:line="276" w:lineRule="auto"/>
        <w:ind w:firstLine="709"/>
        <w:jc w:val="both"/>
        <w:rPr>
          <w:sz w:val="28"/>
          <w:szCs w:val="28"/>
          <w:lang w:val="ru-RU"/>
        </w:rPr>
      </w:pPr>
      <w:r>
        <w:rPr>
          <w:sz w:val="28"/>
          <w:szCs w:val="28"/>
          <w:lang w:val="ru-RU"/>
        </w:rPr>
        <w:t>11.</w:t>
      </w:r>
      <w:r w:rsidR="003E0106" w:rsidRPr="00060EC6">
        <w:rPr>
          <w:sz w:val="28"/>
          <w:szCs w:val="28"/>
          <w:lang w:val="ru-RU"/>
        </w:rPr>
        <w:t>6</w:t>
      </w:r>
      <w:r>
        <w:rPr>
          <w:sz w:val="28"/>
          <w:szCs w:val="28"/>
          <w:lang w:val="ru-RU"/>
        </w:rPr>
        <w:t xml:space="preserve">. </w:t>
      </w:r>
      <w:r w:rsidR="00F24C46" w:rsidRPr="00D85610">
        <w:rPr>
          <w:sz w:val="28"/>
          <w:szCs w:val="28"/>
          <w:lang w:val="ru-RU"/>
        </w:rPr>
        <w:t>Срок полномочий Правления истекает в день проведения отчётно-выборного Общего собрания.</w:t>
      </w:r>
    </w:p>
    <w:p w14:paraId="6084423F" w14:textId="5B64B1A2" w:rsidR="00452B5E" w:rsidRPr="00D85610" w:rsidRDefault="000A2194" w:rsidP="00D85610">
      <w:pPr>
        <w:spacing w:line="276" w:lineRule="auto"/>
        <w:ind w:firstLine="709"/>
        <w:jc w:val="both"/>
        <w:rPr>
          <w:sz w:val="28"/>
          <w:szCs w:val="28"/>
          <w:lang w:val="ru-RU"/>
        </w:rPr>
      </w:pPr>
      <w:r w:rsidRPr="000A2194">
        <w:rPr>
          <w:sz w:val="28"/>
          <w:szCs w:val="28"/>
          <w:lang w:val="ru-RU"/>
        </w:rPr>
        <w:t>11.7. Полномочия членов Правления могут быть прекращены досрочно решением Внеочередного общего собрания.</w:t>
      </w:r>
    </w:p>
    <w:p w14:paraId="4CEE5C7A" w14:textId="74B4B714" w:rsidR="00452B5E" w:rsidRPr="00D85610" w:rsidRDefault="00FC4628" w:rsidP="00D85610">
      <w:pPr>
        <w:spacing w:line="276" w:lineRule="auto"/>
        <w:ind w:firstLine="709"/>
        <w:jc w:val="both"/>
        <w:rPr>
          <w:sz w:val="28"/>
          <w:szCs w:val="28"/>
          <w:lang w:val="ru-RU"/>
        </w:rPr>
      </w:pPr>
      <w:r w:rsidRPr="00060EC6">
        <w:rPr>
          <w:sz w:val="28"/>
          <w:szCs w:val="28"/>
          <w:lang w:val="ru-RU"/>
        </w:rPr>
        <w:t>1</w:t>
      </w:r>
      <w:r w:rsidR="00037AB4">
        <w:rPr>
          <w:sz w:val="28"/>
          <w:szCs w:val="28"/>
          <w:lang w:val="ru-RU"/>
        </w:rPr>
        <w:t>1.</w:t>
      </w:r>
      <w:r w:rsidR="000A2194" w:rsidRPr="00060EC6">
        <w:rPr>
          <w:sz w:val="28"/>
          <w:szCs w:val="28"/>
          <w:lang w:val="ru-RU"/>
        </w:rPr>
        <w:t>7</w:t>
      </w:r>
      <w:r w:rsidR="00037AB4">
        <w:rPr>
          <w:sz w:val="28"/>
          <w:szCs w:val="28"/>
          <w:lang w:val="ru-RU"/>
        </w:rPr>
        <w:t xml:space="preserve">.1. </w:t>
      </w:r>
      <w:r w:rsidR="00F24C46" w:rsidRPr="00D85610">
        <w:rPr>
          <w:sz w:val="28"/>
          <w:szCs w:val="28"/>
          <w:lang w:val="ru-RU"/>
        </w:rPr>
        <w:t>В том случае, если Общее отчётно-выборное собрание членов ЖСК «Вильнюс» не было проведено из-за отсутствия кворума, полномочия Правления продлеваются до даты проведения такого собрания.</w:t>
      </w:r>
    </w:p>
    <w:p w14:paraId="6F5E9C3E" w14:textId="3E41C266" w:rsidR="00452B5E" w:rsidRPr="00D85610" w:rsidRDefault="00FC4628" w:rsidP="00D85610">
      <w:pPr>
        <w:spacing w:line="276" w:lineRule="auto"/>
        <w:ind w:firstLine="709"/>
        <w:jc w:val="both"/>
        <w:rPr>
          <w:sz w:val="28"/>
          <w:szCs w:val="28"/>
          <w:lang w:val="ru-RU"/>
        </w:rPr>
      </w:pPr>
      <w:r w:rsidRPr="00792696">
        <w:rPr>
          <w:sz w:val="28"/>
          <w:szCs w:val="28"/>
          <w:lang w:val="ru-RU"/>
        </w:rPr>
        <w:t>1</w:t>
      </w:r>
      <w:r w:rsidR="00BE1505">
        <w:rPr>
          <w:sz w:val="28"/>
          <w:szCs w:val="28"/>
          <w:lang w:val="ru-RU"/>
        </w:rPr>
        <w:t>1.</w:t>
      </w:r>
      <w:r w:rsidR="000A2194" w:rsidRPr="00792696">
        <w:rPr>
          <w:sz w:val="28"/>
          <w:szCs w:val="28"/>
          <w:lang w:val="ru-RU"/>
        </w:rPr>
        <w:t>7</w:t>
      </w:r>
      <w:r w:rsidR="00BE1505">
        <w:rPr>
          <w:sz w:val="28"/>
          <w:szCs w:val="28"/>
          <w:lang w:val="ru-RU"/>
        </w:rPr>
        <w:t xml:space="preserve">.2. </w:t>
      </w:r>
      <w:r w:rsidR="00F24C46" w:rsidRPr="00D85610">
        <w:rPr>
          <w:sz w:val="28"/>
          <w:szCs w:val="28"/>
          <w:lang w:val="ru-RU"/>
        </w:rPr>
        <w:t xml:space="preserve">В случае отсутствия члена Правления свыше трёх месяцев или их продолжительной болезни, исключение из состава Правления и включение в состав Правления новых членов происходит на </w:t>
      </w:r>
      <w:r w:rsidR="007B7386" w:rsidRPr="007B7386">
        <w:rPr>
          <w:sz w:val="28"/>
          <w:szCs w:val="28"/>
          <w:lang w:val="ru-RU"/>
        </w:rPr>
        <w:t xml:space="preserve">внеочередном </w:t>
      </w:r>
      <w:r w:rsidR="007B7386">
        <w:rPr>
          <w:sz w:val="28"/>
          <w:szCs w:val="28"/>
          <w:lang w:val="ru-RU"/>
        </w:rPr>
        <w:t xml:space="preserve">или </w:t>
      </w:r>
      <w:r w:rsidR="00F24C46" w:rsidRPr="00D85610">
        <w:rPr>
          <w:sz w:val="28"/>
          <w:szCs w:val="28"/>
          <w:lang w:val="ru-RU"/>
        </w:rPr>
        <w:t>очередном</w:t>
      </w:r>
      <w:r w:rsidR="007B7386">
        <w:rPr>
          <w:sz w:val="28"/>
          <w:szCs w:val="28"/>
          <w:lang w:val="ru-RU"/>
        </w:rPr>
        <w:t xml:space="preserve"> </w:t>
      </w:r>
      <w:r w:rsidR="00F24C46" w:rsidRPr="00D85610">
        <w:rPr>
          <w:sz w:val="28"/>
          <w:szCs w:val="28"/>
          <w:lang w:val="ru-RU"/>
        </w:rPr>
        <w:t>ежегодном Общем собрании.</w:t>
      </w:r>
    </w:p>
    <w:p w14:paraId="1B9CF441" w14:textId="4665D27C" w:rsidR="00452B5E" w:rsidRPr="007457C5" w:rsidRDefault="00FC4628" w:rsidP="00D85610">
      <w:pPr>
        <w:spacing w:line="276" w:lineRule="auto"/>
        <w:ind w:firstLine="709"/>
        <w:jc w:val="both"/>
        <w:rPr>
          <w:sz w:val="28"/>
          <w:szCs w:val="28"/>
          <w:lang w:val="ru-RU"/>
        </w:rPr>
      </w:pPr>
      <w:r w:rsidRPr="00060EC6">
        <w:rPr>
          <w:sz w:val="28"/>
          <w:szCs w:val="28"/>
          <w:lang w:val="ru-RU"/>
        </w:rPr>
        <w:t>1</w:t>
      </w:r>
      <w:r w:rsidR="00064C4E">
        <w:rPr>
          <w:sz w:val="28"/>
          <w:szCs w:val="28"/>
          <w:lang w:val="ru-RU"/>
        </w:rPr>
        <w:t>1.</w:t>
      </w:r>
      <w:r w:rsidR="000A2194" w:rsidRPr="00060EC6">
        <w:rPr>
          <w:sz w:val="28"/>
          <w:szCs w:val="28"/>
          <w:lang w:val="ru-RU"/>
        </w:rPr>
        <w:t>8</w:t>
      </w:r>
      <w:r w:rsidR="00064C4E">
        <w:rPr>
          <w:sz w:val="28"/>
          <w:szCs w:val="28"/>
          <w:lang w:val="ru-RU"/>
        </w:rPr>
        <w:t xml:space="preserve">. </w:t>
      </w:r>
      <w:r w:rsidR="00F24C46" w:rsidRPr="00D85610">
        <w:rPr>
          <w:sz w:val="28"/>
          <w:szCs w:val="28"/>
          <w:lang w:val="ru-RU"/>
        </w:rPr>
        <w:t xml:space="preserve">Член Правления может совмещать свою деятельность в Правлении с работой в ЖСК «Вильнюс» (кроме работы на должности главного бухгалтера, бухгалтера) или в иной организации по трудовому или гражданско-правовому </w:t>
      </w:r>
      <w:r w:rsidR="00F24C46" w:rsidRPr="00D85610">
        <w:rPr>
          <w:sz w:val="28"/>
          <w:szCs w:val="28"/>
          <w:lang w:val="ru-RU"/>
        </w:rPr>
        <w:lastRenderedPageBreak/>
        <w:t>договору.</w:t>
      </w:r>
      <w:r w:rsidR="007457C5" w:rsidRPr="007457C5">
        <w:rPr>
          <w:sz w:val="28"/>
          <w:szCs w:val="28"/>
          <w:lang w:val="ru-RU"/>
        </w:rPr>
        <w:t xml:space="preserve"> </w:t>
      </w:r>
      <w:r w:rsidR="007457C5" w:rsidRPr="00EA2DA1">
        <w:rPr>
          <w:sz w:val="28"/>
          <w:szCs w:val="28"/>
          <w:highlight w:val="lightGray"/>
          <w:lang w:val="ru-RU"/>
        </w:rPr>
        <w:t>Председатель Правления ЖСК «Вильнюс» не вправе совмещать исполнение обязанностей председателя с занятием иной оплачиваемой должности в ЖСК на основании трудового договора и договора гражданско-правового характера.</w:t>
      </w:r>
    </w:p>
    <w:p w14:paraId="6F5333A8" w14:textId="1A16D613" w:rsidR="00452B5E" w:rsidRPr="00D85610" w:rsidRDefault="00FC4628" w:rsidP="00D85610">
      <w:pPr>
        <w:spacing w:line="276" w:lineRule="auto"/>
        <w:ind w:firstLine="709"/>
        <w:jc w:val="both"/>
        <w:rPr>
          <w:sz w:val="28"/>
          <w:szCs w:val="28"/>
          <w:lang w:val="ru-RU"/>
        </w:rPr>
      </w:pPr>
      <w:r w:rsidRPr="00060EC6">
        <w:rPr>
          <w:sz w:val="28"/>
          <w:szCs w:val="28"/>
          <w:lang w:val="ru-RU"/>
        </w:rPr>
        <w:t>1</w:t>
      </w:r>
      <w:r w:rsidR="00064C4E">
        <w:rPr>
          <w:sz w:val="28"/>
          <w:szCs w:val="28"/>
          <w:lang w:val="ru-RU"/>
        </w:rPr>
        <w:t>1.</w:t>
      </w:r>
      <w:r w:rsidR="000A2194" w:rsidRPr="00060EC6">
        <w:rPr>
          <w:sz w:val="28"/>
          <w:szCs w:val="28"/>
          <w:lang w:val="ru-RU"/>
        </w:rPr>
        <w:t>9</w:t>
      </w:r>
      <w:r w:rsidR="00064C4E">
        <w:rPr>
          <w:sz w:val="28"/>
          <w:szCs w:val="28"/>
          <w:lang w:val="ru-RU"/>
        </w:rPr>
        <w:t xml:space="preserve">. </w:t>
      </w:r>
      <w:r w:rsidR="00F24C46" w:rsidRPr="00D85610">
        <w:rPr>
          <w:sz w:val="28"/>
          <w:szCs w:val="28"/>
          <w:lang w:val="ru-RU"/>
        </w:rPr>
        <w:t>Председатель Правления избирается Правлением ЖСК «Вильнюс» из своего состава на срок 3 (три) года в пределах срока полномочий Правления.</w:t>
      </w:r>
    </w:p>
    <w:p w14:paraId="65F1B043" w14:textId="2D82E509" w:rsidR="00452B5E" w:rsidRPr="00D85610" w:rsidRDefault="00F736F9" w:rsidP="00D85610">
      <w:pPr>
        <w:spacing w:line="276" w:lineRule="auto"/>
        <w:jc w:val="both"/>
        <w:rPr>
          <w:sz w:val="28"/>
          <w:szCs w:val="28"/>
          <w:lang w:val="ru-RU"/>
        </w:rPr>
      </w:pPr>
      <w:r>
        <w:rPr>
          <w:sz w:val="28"/>
          <w:szCs w:val="28"/>
          <w:lang w:val="ru-RU"/>
        </w:rPr>
        <w:t xml:space="preserve">          </w:t>
      </w:r>
      <w:r w:rsidR="00FC4628" w:rsidRPr="00060EC6">
        <w:rPr>
          <w:sz w:val="28"/>
          <w:szCs w:val="28"/>
          <w:lang w:val="ru-RU"/>
        </w:rPr>
        <w:t>1</w:t>
      </w:r>
      <w:r>
        <w:rPr>
          <w:sz w:val="28"/>
          <w:szCs w:val="28"/>
          <w:lang w:val="ru-RU"/>
        </w:rPr>
        <w:t>1.</w:t>
      </w:r>
      <w:r w:rsidR="000A2194" w:rsidRPr="00060EC6">
        <w:rPr>
          <w:sz w:val="28"/>
          <w:szCs w:val="28"/>
          <w:lang w:val="ru-RU"/>
        </w:rPr>
        <w:t>10</w:t>
      </w:r>
      <w:r>
        <w:rPr>
          <w:sz w:val="28"/>
          <w:szCs w:val="28"/>
          <w:lang w:val="ru-RU"/>
        </w:rPr>
        <w:t xml:space="preserve">. </w:t>
      </w:r>
      <w:r w:rsidR="00F24C46" w:rsidRPr="00D85610">
        <w:rPr>
          <w:sz w:val="28"/>
          <w:szCs w:val="28"/>
          <w:lang w:val="ru-RU"/>
        </w:rPr>
        <w:t>Председатель Правления осуществляет руководство текущей деятельностью ЖСК «Вильнюс», в том числе:</w:t>
      </w:r>
    </w:p>
    <w:p w14:paraId="0403DA7A" w14:textId="404BD8C9" w:rsidR="00452B5E" w:rsidRPr="00F736F9" w:rsidRDefault="00F24C46" w:rsidP="00F736F9">
      <w:pPr>
        <w:pStyle w:val="ae"/>
        <w:numPr>
          <w:ilvl w:val="0"/>
          <w:numId w:val="22"/>
        </w:numPr>
        <w:spacing w:line="276" w:lineRule="auto"/>
        <w:jc w:val="both"/>
        <w:rPr>
          <w:sz w:val="28"/>
          <w:szCs w:val="28"/>
          <w:lang w:val="ru-RU"/>
        </w:rPr>
      </w:pPr>
      <w:r w:rsidRPr="00F736F9">
        <w:rPr>
          <w:sz w:val="28"/>
          <w:szCs w:val="28"/>
          <w:lang w:val="ru-RU"/>
        </w:rPr>
        <w:t>обеспечивает выполнение решений Общего собрания и Правления;</w:t>
      </w:r>
    </w:p>
    <w:p w14:paraId="22E12F86" w14:textId="79021401" w:rsidR="00452B5E" w:rsidRPr="00974E73" w:rsidRDefault="00F24C46" w:rsidP="00974E73">
      <w:pPr>
        <w:pStyle w:val="ae"/>
        <w:numPr>
          <w:ilvl w:val="0"/>
          <w:numId w:val="22"/>
        </w:numPr>
        <w:spacing w:line="276" w:lineRule="auto"/>
        <w:jc w:val="both"/>
        <w:rPr>
          <w:sz w:val="28"/>
          <w:szCs w:val="28"/>
          <w:lang w:val="ru-RU"/>
        </w:rPr>
      </w:pPr>
      <w:r w:rsidRPr="00974E73">
        <w:rPr>
          <w:sz w:val="28"/>
          <w:szCs w:val="28"/>
          <w:lang w:val="ru-RU"/>
        </w:rPr>
        <w:t>без доверенности действует от имени ЖСК «Вильнюс», в том числе представляет ЖСК «Вильнюс» в отношениях с государственными, административными, судебными органами, организациями, заключает договоры, подписывает финансовые документы, справки, доверенности, совершает иные действия в интересах ЖСК «Вильнюс»;</w:t>
      </w:r>
    </w:p>
    <w:p w14:paraId="33E8D9CF" w14:textId="46A7EF20" w:rsidR="00452B5E" w:rsidRPr="00974E73" w:rsidRDefault="00974E73" w:rsidP="00974E73">
      <w:pPr>
        <w:pStyle w:val="ae"/>
        <w:numPr>
          <w:ilvl w:val="0"/>
          <w:numId w:val="22"/>
        </w:numPr>
        <w:spacing w:line="276" w:lineRule="auto"/>
        <w:jc w:val="both"/>
        <w:rPr>
          <w:sz w:val="28"/>
          <w:szCs w:val="28"/>
          <w:lang w:val="ru-RU"/>
        </w:rPr>
      </w:pPr>
      <w:r w:rsidRPr="00974E73">
        <w:rPr>
          <w:sz w:val="28"/>
          <w:szCs w:val="28"/>
          <w:lang w:val="ru-RU"/>
        </w:rPr>
        <w:t>о</w:t>
      </w:r>
      <w:r w:rsidR="00F24C46" w:rsidRPr="00974E73">
        <w:rPr>
          <w:sz w:val="28"/>
          <w:szCs w:val="28"/>
          <w:lang w:val="ru-RU"/>
        </w:rPr>
        <w:t>беспечивает контроль своевременного внесения членами ЖСК «Вильнюс» установленных платежей;</w:t>
      </w:r>
    </w:p>
    <w:p w14:paraId="06F8A189" w14:textId="530BB928" w:rsidR="00452B5E" w:rsidRPr="00974E73" w:rsidRDefault="00F24C46" w:rsidP="00974E73">
      <w:pPr>
        <w:pStyle w:val="ae"/>
        <w:numPr>
          <w:ilvl w:val="0"/>
          <w:numId w:val="22"/>
        </w:numPr>
        <w:spacing w:line="276" w:lineRule="auto"/>
        <w:jc w:val="both"/>
        <w:rPr>
          <w:sz w:val="28"/>
          <w:szCs w:val="28"/>
          <w:lang w:val="ru-RU"/>
        </w:rPr>
      </w:pPr>
      <w:r w:rsidRPr="00974E73">
        <w:rPr>
          <w:sz w:val="28"/>
          <w:szCs w:val="28"/>
          <w:lang w:val="ru-RU"/>
        </w:rPr>
        <w:t>издаёт распоряжения, приказы, обязательные для наёмных работников;</w:t>
      </w:r>
    </w:p>
    <w:p w14:paraId="0B59B540" w14:textId="1E9EF4C4" w:rsidR="00452B5E" w:rsidRPr="00974E73" w:rsidRDefault="00F24C46" w:rsidP="00974E73">
      <w:pPr>
        <w:pStyle w:val="ae"/>
        <w:numPr>
          <w:ilvl w:val="0"/>
          <w:numId w:val="22"/>
        </w:numPr>
        <w:spacing w:line="276" w:lineRule="auto"/>
        <w:jc w:val="both"/>
        <w:rPr>
          <w:sz w:val="28"/>
          <w:szCs w:val="28"/>
          <w:lang w:val="ru-RU"/>
        </w:rPr>
      </w:pPr>
      <w:r w:rsidRPr="00974E73">
        <w:rPr>
          <w:sz w:val="28"/>
          <w:szCs w:val="28"/>
          <w:lang w:val="ru-RU"/>
        </w:rPr>
        <w:t>созывает и ведёт заседания Правления и лично отвечает за выполнение решений Правления и Общего собрания;</w:t>
      </w:r>
    </w:p>
    <w:p w14:paraId="0B8B1FBC" w14:textId="693D98B7" w:rsidR="00452B5E" w:rsidRPr="00974E73" w:rsidRDefault="00F24C46" w:rsidP="00974E73">
      <w:pPr>
        <w:pStyle w:val="ae"/>
        <w:numPr>
          <w:ilvl w:val="0"/>
          <w:numId w:val="22"/>
        </w:numPr>
        <w:spacing w:line="276" w:lineRule="auto"/>
        <w:jc w:val="both"/>
        <w:rPr>
          <w:sz w:val="28"/>
          <w:szCs w:val="28"/>
          <w:lang w:val="ru-RU"/>
        </w:rPr>
      </w:pPr>
      <w:r w:rsidRPr="00974E73">
        <w:rPr>
          <w:sz w:val="28"/>
          <w:szCs w:val="28"/>
          <w:lang w:val="ru-RU"/>
        </w:rPr>
        <w:t>руководит работой Правления, подписывает протоколы заседания Правления и протоколы Общего собрания в случае председательствования на таком Общем собрании;</w:t>
      </w:r>
    </w:p>
    <w:p w14:paraId="734D2DB6" w14:textId="1A6BCA3E" w:rsidR="00452B5E" w:rsidRPr="00F80E43" w:rsidRDefault="00F24C46" w:rsidP="00974E73">
      <w:pPr>
        <w:pStyle w:val="ae"/>
        <w:numPr>
          <w:ilvl w:val="0"/>
          <w:numId w:val="22"/>
        </w:numPr>
        <w:spacing w:line="276" w:lineRule="auto"/>
        <w:jc w:val="both"/>
        <w:rPr>
          <w:sz w:val="28"/>
          <w:szCs w:val="28"/>
          <w:highlight w:val="lightGray"/>
          <w:lang w:val="ru-RU"/>
        </w:rPr>
      </w:pPr>
      <w:r w:rsidRPr="00F80E43">
        <w:rPr>
          <w:sz w:val="28"/>
          <w:szCs w:val="28"/>
          <w:highlight w:val="lightGray"/>
          <w:lang w:val="ru-RU"/>
        </w:rPr>
        <w:t xml:space="preserve">по решению Правления </w:t>
      </w:r>
      <w:r w:rsidR="00782D24" w:rsidRPr="00F80E43">
        <w:rPr>
          <w:sz w:val="28"/>
          <w:szCs w:val="28"/>
          <w:highlight w:val="lightGray"/>
          <w:lang w:val="ru-RU"/>
        </w:rPr>
        <w:t>заключает трудовые, гражданско-правовые</w:t>
      </w:r>
      <w:r w:rsidRPr="00F80E43">
        <w:rPr>
          <w:sz w:val="28"/>
          <w:szCs w:val="28"/>
          <w:highlight w:val="lightGray"/>
          <w:lang w:val="ru-RU"/>
        </w:rPr>
        <w:t xml:space="preserve"> </w:t>
      </w:r>
      <w:r w:rsidR="00782D24" w:rsidRPr="00F80E43">
        <w:rPr>
          <w:sz w:val="28"/>
          <w:szCs w:val="28"/>
          <w:highlight w:val="lightGray"/>
          <w:lang w:val="ru-RU"/>
        </w:rPr>
        <w:t xml:space="preserve">договоры с физическими </w:t>
      </w:r>
      <w:proofErr w:type="gramStart"/>
      <w:r w:rsidR="00782D24" w:rsidRPr="00F80E43">
        <w:rPr>
          <w:sz w:val="28"/>
          <w:szCs w:val="28"/>
          <w:highlight w:val="lightGray"/>
          <w:lang w:val="ru-RU"/>
        </w:rPr>
        <w:t>лицами  для</w:t>
      </w:r>
      <w:proofErr w:type="gramEnd"/>
      <w:r w:rsidR="00782D24" w:rsidRPr="00F80E43">
        <w:rPr>
          <w:sz w:val="28"/>
          <w:szCs w:val="28"/>
          <w:highlight w:val="lightGray"/>
          <w:lang w:val="ru-RU"/>
        </w:rPr>
        <w:t xml:space="preserve"> выполнения Уставных задач ЖСК</w:t>
      </w:r>
      <w:r w:rsidRPr="00F80E43">
        <w:rPr>
          <w:sz w:val="28"/>
          <w:szCs w:val="28"/>
          <w:highlight w:val="lightGray"/>
          <w:lang w:val="ru-RU"/>
        </w:rPr>
        <w:t>;</w:t>
      </w:r>
    </w:p>
    <w:p w14:paraId="79D87989" w14:textId="21A5E336" w:rsidR="00470981" w:rsidRPr="00F80E43" w:rsidRDefault="00470981" w:rsidP="00974E73">
      <w:pPr>
        <w:pStyle w:val="ae"/>
        <w:numPr>
          <w:ilvl w:val="0"/>
          <w:numId w:val="22"/>
        </w:numPr>
        <w:spacing w:line="276" w:lineRule="auto"/>
        <w:jc w:val="both"/>
        <w:rPr>
          <w:sz w:val="28"/>
          <w:szCs w:val="28"/>
          <w:highlight w:val="lightGray"/>
          <w:lang w:val="ru-RU"/>
        </w:rPr>
      </w:pPr>
      <w:r w:rsidRPr="00F80E43">
        <w:rPr>
          <w:sz w:val="28"/>
          <w:szCs w:val="28"/>
          <w:highlight w:val="lightGray"/>
          <w:lang w:val="ru-RU"/>
        </w:rPr>
        <w:t>осуществляет свою деятельность на возмездной основе;</w:t>
      </w:r>
    </w:p>
    <w:p w14:paraId="09E47AF3" w14:textId="18BCC901" w:rsidR="00782D24" w:rsidRPr="00F80E43" w:rsidRDefault="00F5396F" w:rsidP="00782D24">
      <w:pPr>
        <w:pStyle w:val="ae"/>
        <w:numPr>
          <w:ilvl w:val="0"/>
          <w:numId w:val="22"/>
        </w:numPr>
        <w:spacing w:line="276" w:lineRule="auto"/>
        <w:jc w:val="both"/>
        <w:rPr>
          <w:sz w:val="28"/>
          <w:szCs w:val="28"/>
          <w:highlight w:val="lightGray"/>
          <w:lang w:val="ru-RU"/>
        </w:rPr>
      </w:pPr>
      <w:r w:rsidRPr="00F80E43">
        <w:rPr>
          <w:sz w:val="28"/>
          <w:szCs w:val="28"/>
          <w:highlight w:val="lightGray"/>
          <w:lang w:val="ru-RU"/>
        </w:rPr>
        <w:t>П</w:t>
      </w:r>
      <w:r w:rsidR="00470981" w:rsidRPr="00F80E43">
        <w:rPr>
          <w:sz w:val="28"/>
          <w:szCs w:val="28"/>
          <w:highlight w:val="lightGray"/>
          <w:lang w:val="ru-RU"/>
        </w:rPr>
        <w:t xml:space="preserve">редседатель </w:t>
      </w:r>
      <w:r w:rsidRPr="00F80E43">
        <w:rPr>
          <w:sz w:val="28"/>
          <w:szCs w:val="28"/>
          <w:highlight w:val="lightGray"/>
          <w:lang w:val="ru-RU"/>
        </w:rPr>
        <w:t>п</w:t>
      </w:r>
      <w:r w:rsidR="00470981" w:rsidRPr="00F80E43">
        <w:rPr>
          <w:sz w:val="28"/>
          <w:szCs w:val="28"/>
          <w:highlight w:val="lightGray"/>
          <w:lang w:val="ru-RU"/>
        </w:rPr>
        <w:t>равления не может совмещать свою деятельности с другими должностями в ЖСК;</w:t>
      </w:r>
    </w:p>
    <w:p w14:paraId="3EACCFBB" w14:textId="3E497659" w:rsidR="00782D24" w:rsidRPr="00F80E43" w:rsidRDefault="00782D24" w:rsidP="00782D24">
      <w:pPr>
        <w:pStyle w:val="ae"/>
        <w:numPr>
          <w:ilvl w:val="0"/>
          <w:numId w:val="22"/>
        </w:numPr>
        <w:spacing w:line="276" w:lineRule="auto"/>
        <w:jc w:val="both"/>
        <w:rPr>
          <w:sz w:val="28"/>
          <w:szCs w:val="28"/>
          <w:highlight w:val="lightGray"/>
          <w:lang w:val="ru-RU"/>
        </w:rPr>
      </w:pPr>
      <w:r w:rsidRPr="00F80E43">
        <w:rPr>
          <w:sz w:val="28"/>
          <w:szCs w:val="28"/>
          <w:highlight w:val="lightGray"/>
          <w:lang w:val="ru-RU"/>
        </w:rPr>
        <w:t>полномочия Председателя правления прекращаются одновременно с окончанием срока полномочий Правления;</w:t>
      </w:r>
    </w:p>
    <w:p w14:paraId="72DF84B8" w14:textId="30AFA7D0" w:rsidR="00452B5E" w:rsidRPr="00974E73" w:rsidRDefault="00F24C46" w:rsidP="00974E73">
      <w:pPr>
        <w:pStyle w:val="ae"/>
        <w:numPr>
          <w:ilvl w:val="0"/>
          <w:numId w:val="22"/>
        </w:numPr>
        <w:spacing w:line="276" w:lineRule="auto"/>
        <w:jc w:val="both"/>
        <w:rPr>
          <w:sz w:val="28"/>
          <w:szCs w:val="28"/>
          <w:lang w:val="ru-RU"/>
        </w:rPr>
      </w:pPr>
      <w:r w:rsidRPr="00974E73">
        <w:rPr>
          <w:sz w:val="28"/>
          <w:szCs w:val="28"/>
          <w:lang w:val="ru-RU"/>
        </w:rPr>
        <w:t>осуществляет иные полномочия, не отнесённые ЖК РФ и настоящим Уставом к компетенции Общего собрания или Правления.</w:t>
      </w:r>
    </w:p>
    <w:p w14:paraId="14CD188A" w14:textId="3841EEB4" w:rsidR="00F80E43" w:rsidRPr="00EA2DA1" w:rsidRDefault="00FC4628" w:rsidP="00EA2DA1">
      <w:pPr>
        <w:spacing w:line="276" w:lineRule="auto"/>
        <w:ind w:firstLine="709"/>
        <w:jc w:val="both"/>
        <w:rPr>
          <w:sz w:val="28"/>
          <w:szCs w:val="28"/>
          <w:lang w:val="ru-RU"/>
        </w:rPr>
      </w:pPr>
      <w:r w:rsidRPr="00060EC6">
        <w:rPr>
          <w:sz w:val="28"/>
          <w:szCs w:val="28"/>
          <w:lang w:val="ru-RU"/>
        </w:rPr>
        <w:t>1</w:t>
      </w:r>
      <w:r w:rsidR="00860F4F">
        <w:rPr>
          <w:sz w:val="28"/>
          <w:szCs w:val="28"/>
          <w:lang w:val="ru-RU"/>
        </w:rPr>
        <w:t>1.1</w:t>
      </w:r>
      <w:r w:rsidR="000A2194" w:rsidRPr="00060EC6">
        <w:rPr>
          <w:sz w:val="28"/>
          <w:szCs w:val="28"/>
          <w:lang w:val="ru-RU"/>
        </w:rPr>
        <w:t>1</w:t>
      </w:r>
      <w:r w:rsidR="00860F4F">
        <w:rPr>
          <w:sz w:val="28"/>
          <w:szCs w:val="28"/>
          <w:lang w:val="ru-RU"/>
        </w:rPr>
        <w:t xml:space="preserve">. </w:t>
      </w:r>
      <w:r w:rsidR="00F24C46" w:rsidRPr="00D85610">
        <w:rPr>
          <w:sz w:val="28"/>
          <w:szCs w:val="28"/>
          <w:lang w:val="ru-RU"/>
        </w:rPr>
        <w:t>Председатель Правления при осуществлении прав и исполнении обязанностей должен действовать в интересах ЖСК «Вильнюс» добросовестно и разумно.</w:t>
      </w:r>
    </w:p>
    <w:p w14:paraId="2C915726" w14:textId="6D2DE593" w:rsidR="00452B5E" w:rsidRPr="00D85610" w:rsidRDefault="00F24C46" w:rsidP="00D85610">
      <w:pPr>
        <w:spacing w:before="240" w:line="276" w:lineRule="auto"/>
        <w:jc w:val="center"/>
        <w:rPr>
          <w:sz w:val="28"/>
          <w:szCs w:val="28"/>
          <w:lang w:val="ru-RU"/>
        </w:rPr>
      </w:pPr>
      <w:r w:rsidRPr="00D85610">
        <w:rPr>
          <w:b/>
          <w:sz w:val="28"/>
          <w:szCs w:val="28"/>
          <w:lang w:val="ru-RU"/>
        </w:rPr>
        <w:lastRenderedPageBreak/>
        <w:t>12. РЕВИЗИОННАЯ КОМИССИЯ</w:t>
      </w:r>
    </w:p>
    <w:p w14:paraId="5EC91017" w14:textId="74695583" w:rsidR="00452B5E" w:rsidRPr="00D85610" w:rsidRDefault="00BF5FC0" w:rsidP="00D85610">
      <w:pPr>
        <w:spacing w:line="276" w:lineRule="auto"/>
        <w:ind w:firstLine="709"/>
        <w:jc w:val="both"/>
        <w:rPr>
          <w:sz w:val="28"/>
          <w:szCs w:val="28"/>
          <w:lang w:val="ru-RU"/>
        </w:rPr>
      </w:pPr>
      <w:r>
        <w:rPr>
          <w:sz w:val="28"/>
          <w:szCs w:val="28"/>
          <w:lang w:val="ru-RU"/>
        </w:rPr>
        <w:t xml:space="preserve">12.1. </w:t>
      </w:r>
      <w:r w:rsidR="00F24C46" w:rsidRPr="00D85610">
        <w:rPr>
          <w:sz w:val="28"/>
          <w:szCs w:val="28"/>
          <w:lang w:val="ru-RU"/>
        </w:rPr>
        <w:t>Для осуществления контроля за финансово-хозяйственной деятельностью ЖСК «Вильнюс» Общим собранием членов ЖСК «Вильнюс» избирается Ревизионная комиссия на срок 3 (три) года.</w:t>
      </w:r>
    </w:p>
    <w:p w14:paraId="627B208A" w14:textId="3D8E414F" w:rsidR="00452B5E" w:rsidRPr="00D85610" w:rsidRDefault="00BF5FC0" w:rsidP="00D85610">
      <w:pPr>
        <w:spacing w:line="276" w:lineRule="auto"/>
        <w:ind w:firstLine="709"/>
        <w:jc w:val="both"/>
        <w:rPr>
          <w:sz w:val="28"/>
          <w:szCs w:val="28"/>
          <w:lang w:val="ru-RU"/>
        </w:rPr>
      </w:pPr>
      <w:r>
        <w:rPr>
          <w:sz w:val="28"/>
          <w:szCs w:val="28"/>
          <w:lang w:val="ru-RU"/>
        </w:rPr>
        <w:t xml:space="preserve">12.2. </w:t>
      </w:r>
      <w:r w:rsidR="00F24C46" w:rsidRPr="00D85610">
        <w:rPr>
          <w:sz w:val="28"/>
          <w:szCs w:val="28"/>
          <w:lang w:val="ru-RU"/>
        </w:rPr>
        <w:t>Состав Ревизионной комиссии избирается в количестве 3 (трёх) человек. Рекомендуется избирать Ревизионную комиссию с учётом следующих квалификационных требований: бухгалтер, юрист, экономист (финансист).</w:t>
      </w:r>
    </w:p>
    <w:p w14:paraId="289C3456" w14:textId="48BDA739" w:rsidR="00452B5E" w:rsidRPr="00BC697A" w:rsidRDefault="00851E61" w:rsidP="00F5396F">
      <w:pPr>
        <w:spacing w:line="276" w:lineRule="auto"/>
        <w:ind w:firstLine="709"/>
        <w:jc w:val="both"/>
        <w:rPr>
          <w:sz w:val="28"/>
          <w:szCs w:val="28"/>
          <w:highlight w:val="lightGray"/>
          <w:lang w:val="ru-RU"/>
        </w:rPr>
      </w:pPr>
      <w:r w:rsidRPr="002A21CD">
        <w:rPr>
          <w:sz w:val="28"/>
          <w:szCs w:val="28"/>
          <w:highlight w:val="lightGray"/>
          <w:lang w:val="ru-RU"/>
        </w:rPr>
        <w:t xml:space="preserve">12.3. </w:t>
      </w:r>
      <w:r w:rsidR="00F5396F" w:rsidRPr="00BC697A">
        <w:rPr>
          <w:sz w:val="28"/>
          <w:szCs w:val="28"/>
          <w:highlight w:val="lightGray"/>
          <w:lang w:val="ru-RU"/>
        </w:rPr>
        <w:t>Члены Ревизионной комиссии ЖСК «Вильнюс» не могут одновременно являться членами Правления, занимать иные должности в органах управления кооператива, а также быть близкими родственниками членов Правления</w:t>
      </w:r>
      <w:r w:rsidR="002A21CD" w:rsidRPr="002A21CD">
        <w:rPr>
          <w:sz w:val="28"/>
          <w:szCs w:val="28"/>
          <w:highlight w:val="lightGray"/>
          <w:lang w:val="ru-RU"/>
        </w:rPr>
        <w:t>.</w:t>
      </w:r>
    </w:p>
    <w:p w14:paraId="0B9097CB" w14:textId="7CBD7178" w:rsidR="00452B5E" w:rsidRPr="00D85610" w:rsidRDefault="00BD559A" w:rsidP="00D85610">
      <w:pPr>
        <w:spacing w:line="276" w:lineRule="auto"/>
        <w:ind w:firstLine="709"/>
        <w:jc w:val="both"/>
        <w:rPr>
          <w:sz w:val="28"/>
          <w:szCs w:val="28"/>
          <w:lang w:val="ru-RU"/>
        </w:rPr>
      </w:pPr>
      <w:r>
        <w:rPr>
          <w:sz w:val="28"/>
          <w:szCs w:val="28"/>
          <w:lang w:val="ru-RU"/>
        </w:rPr>
        <w:t xml:space="preserve">12.4. </w:t>
      </w:r>
      <w:r w:rsidR="00F24C46" w:rsidRPr="00D85610">
        <w:rPr>
          <w:sz w:val="28"/>
          <w:szCs w:val="28"/>
          <w:lang w:val="ru-RU"/>
        </w:rPr>
        <w:t>Ревизионная комиссия из своего состава избирает Председателя Ревизионной комиссии.</w:t>
      </w:r>
    </w:p>
    <w:p w14:paraId="451C0456" w14:textId="5F3FAB2F" w:rsidR="00452B5E" w:rsidRPr="00D85610" w:rsidRDefault="00B82D8A" w:rsidP="00D85610">
      <w:pPr>
        <w:spacing w:line="276" w:lineRule="auto"/>
        <w:jc w:val="both"/>
        <w:rPr>
          <w:sz w:val="28"/>
          <w:szCs w:val="28"/>
          <w:lang w:val="ru-RU"/>
        </w:rPr>
      </w:pPr>
      <w:r>
        <w:rPr>
          <w:sz w:val="28"/>
          <w:szCs w:val="28"/>
          <w:lang w:val="ru-RU"/>
        </w:rPr>
        <w:t xml:space="preserve">          12.5. </w:t>
      </w:r>
      <w:r w:rsidR="00F24C46" w:rsidRPr="00D85610">
        <w:rPr>
          <w:sz w:val="28"/>
          <w:szCs w:val="28"/>
          <w:lang w:val="ru-RU"/>
        </w:rPr>
        <w:t>Основные права и обязанности Ревизионной комиссии:</w:t>
      </w:r>
    </w:p>
    <w:p w14:paraId="5EDF3CEB" w14:textId="43E0BBF6" w:rsidR="00452B5E" w:rsidRPr="00B82D8A" w:rsidRDefault="00F24C46" w:rsidP="00B82D8A">
      <w:pPr>
        <w:pStyle w:val="ae"/>
        <w:numPr>
          <w:ilvl w:val="0"/>
          <w:numId w:val="23"/>
        </w:numPr>
        <w:spacing w:line="276" w:lineRule="auto"/>
        <w:jc w:val="both"/>
        <w:rPr>
          <w:sz w:val="28"/>
          <w:szCs w:val="28"/>
          <w:lang w:val="ru-RU"/>
        </w:rPr>
      </w:pPr>
      <w:r w:rsidRPr="00B82D8A">
        <w:rPr>
          <w:sz w:val="28"/>
          <w:szCs w:val="28"/>
          <w:lang w:val="ru-RU"/>
        </w:rPr>
        <w:t>проводить плановые ревизии финансово-хозяйственной деятельности ЖСК «Вильнюс» не реже одного раза в год;</w:t>
      </w:r>
    </w:p>
    <w:p w14:paraId="4DDBDD85" w14:textId="70EB1103" w:rsidR="004D3863" w:rsidRPr="00044516" w:rsidRDefault="00F24C46" w:rsidP="00044516">
      <w:pPr>
        <w:pStyle w:val="ae"/>
        <w:numPr>
          <w:ilvl w:val="0"/>
          <w:numId w:val="23"/>
        </w:numPr>
        <w:spacing w:line="276" w:lineRule="auto"/>
        <w:jc w:val="both"/>
        <w:rPr>
          <w:sz w:val="28"/>
          <w:szCs w:val="28"/>
          <w:lang w:val="ru-RU"/>
        </w:rPr>
      </w:pPr>
      <w:r w:rsidRPr="00974E73">
        <w:rPr>
          <w:sz w:val="28"/>
          <w:szCs w:val="28"/>
          <w:lang w:val="ru-RU"/>
        </w:rPr>
        <w:t>представлять Общему собранию заключение о бюджете, годовом отчёте и размерах обязательных платежей и взносов;</w:t>
      </w:r>
    </w:p>
    <w:p w14:paraId="316EF217" w14:textId="6C95E76B" w:rsidR="00452B5E" w:rsidRPr="00974E73" w:rsidRDefault="00F24C46" w:rsidP="00974E73">
      <w:pPr>
        <w:pStyle w:val="ae"/>
        <w:numPr>
          <w:ilvl w:val="0"/>
          <w:numId w:val="23"/>
        </w:numPr>
        <w:spacing w:line="276" w:lineRule="auto"/>
        <w:jc w:val="both"/>
        <w:rPr>
          <w:sz w:val="28"/>
          <w:szCs w:val="28"/>
          <w:lang w:val="ru-RU"/>
        </w:rPr>
      </w:pPr>
      <w:r w:rsidRPr="00974E73">
        <w:rPr>
          <w:sz w:val="28"/>
          <w:szCs w:val="28"/>
          <w:lang w:val="ru-RU"/>
        </w:rPr>
        <w:t>отчитываться перед Общим собранием о своей деятельности.</w:t>
      </w:r>
    </w:p>
    <w:p w14:paraId="084A190D" w14:textId="48586102" w:rsidR="00452B5E" w:rsidRPr="00060EC6" w:rsidRDefault="00A07364" w:rsidP="00D85610">
      <w:pPr>
        <w:spacing w:line="276" w:lineRule="auto"/>
        <w:ind w:firstLine="709"/>
        <w:jc w:val="both"/>
        <w:rPr>
          <w:sz w:val="28"/>
          <w:szCs w:val="28"/>
          <w:lang w:val="ru-RU"/>
        </w:rPr>
      </w:pPr>
      <w:r>
        <w:rPr>
          <w:sz w:val="28"/>
          <w:szCs w:val="28"/>
          <w:lang w:val="ru-RU"/>
        </w:rPr>
        <w:t xml:space="preserve">12.6. </w:t>
      </w:r>
      <w:r w:rsidR="00F24C46" w:rsidRPr="00D85610">
        <w:rPr>
          <w:sz w:val="28"/>
          <w:szCs w:val="28"/>
          <w:lang w:val="ru-RU"/>
        </w:rPr>
        <w:t>Ревизионная комиссия обязана сохранять конфиденциальность в отношении ставших ей известными сведений в части персональных данных членов ЖСК «Вильнюс», которые могут быть предоставлены третьим лицам только с согласия самого члена кооператива.</w:t>
      </w:r>
    </w:p>
    <w:p w14:paraId="7D27E0E6" w14:textId="1F46584D" w:rsidR="0095421B" w:rsidRDefault="0095421B" w:rsidP="00D85610">
      <w:pPr>
        <w:spacing w:line="276" w:lineRule="auto"/>
        <w:ind w:firstLine="709"/>
        <w:jc w:val="both"/>
        <w:rPr>
          <w:sz w:val="28"/>
          <w:szCs w:val="28"/>
          <w:lang w:val="ru-RU"/>
        </w:rPr>
      </w:pPr>
      <w:r w:rsidRPr="0095421B">
        <w:rPr>
          <w:sz w:val="28"/>
          <w:szCs w:val="28"/>
          <w:lang w:val="ru-RU"/>
        </w:rPr>
        <w:t xml:space="preserve">12.7. В случае отсутствия члена </w:t>
      </w:r>
      <w:r>
        <w:rPr>
          <w:sz w:val="28"/>
          <w:szCs w:val="28"/>
          <w:lang w:val="ru-RU"/>
        </w:rPr>
        <w:t>Ревизионной комиссии</w:t>
      </w:r>
      <w:r w:rsidRPr="0095421B">
        <w:rPr>
          <w:sz w:val="28"/>
          <w:szCs w:val="28"/>
          <w:lang w:val="ru-RU"/>
        </w:rPr>
        <w:t xml:space="preserve"> свыше трёх месяцев или их продолжительной болезни, исключение из состава Ревизионной комиссии и включение в состав </w:t>
      </w:r>
      <w:r>
        <w:rPr>
          <w:sz w:val="28"/>
          <w:szCs w:val="28"/>
          <w:lang w:val="ru-RU"/>
        </w:rPr>
        <w:t>Ревизионной комиссии</w:t>
      </w:r>
      <w:r w:rsidRPr="0095421B">
        <w:rPr>
          <w:sz w:val="28"/>
          <w:szCs w:val="28"/>
          <w:lang w:val="ru-RU"/>
        </w:rPr>
        <w:t xml:space="preserve"> новых членов происходит на внеочередном или очередном ежегодном Общем собрании.</w:t>
      </w:r>
      <w:r w:rsidR="0054178E">
        <w:rPr>
          <w:sz w:val="28"/>
          <w:szCs w:val="28"/>
          <w:lang w:val="ru-RU"/>
        </w:rPr>
        <w:t xml:space="preserve"> </w:t>
      </w:r>
    </w:p>
    <w:p w14:paraId="68B6348C" w14:textId="6B8FD3E9" w:rsidR="0054178E" w:rsidRPr="00F80E43" w:rsidRDefault="0054178E" w:rsidP="00F5396F">
      <w:pPr>
        <w:spacing w:line="276" w:lineRule="auto"/>
        <w:ind w:firstLine="709"/>
        <w:jc w:val="both"/>
        <w:rPr>
          <w:rFonts w:cs="Times New Roman"/>
          <w:sz w:val="28"/>
          <w:szCs w:val="28"/>
          <w:highlight w:val="lightGray"/>
          <w:lang w:val="ru-RU"/>
        </w:rPr>
      </w:pPr>
      <w:r>
        <w:rPr>
          <w:sz w:val="28"/>
          <w:szCs w:val="28"/>
          <w:lang w:val="ru-RU"/>
        </w:rPr>
        <w:t xml:space="preserve">12.8. </w:t>
      </w:r>
      <w:r w:rsidR="00F5396F" w:rsidRPr="00F80E43">
        <w:rPr>
          <w:rFonts w:cs="Times New Roman"/>
          <w:sz w:val="28"/>
          <w:szCs w:val="28"/>
          <w:highlight w:val="lightGray"/>
          <w:lang w:val="ru-RU"/>
        </w:rPr>
        <w:t>Лица, входившие в состав Ревизионной комиссии ЖСК «Вильнюс», не могут быть повторно избраны в её состав, если их деятельность была признана неудовлетворительной решением общего собрания членов ЖСК. Основанием для такого решения служат документально подтвержденные факты недобросовестного исполнения обязанностей: проведение формальных проверок, игнорирование письменных обращений собственников, составление заведомо ложных заключений</w:t>
      </w:r>
      <w:r w:rsidR="00C35B63" w:rsidRPr="00F80E43">
        <w:rPr>
          <w:rFonts w:cs="Times New Roman"/>
          <w:sz w:val="28"/>
          <w:szCs w:val="28"/>
          <w:highlight w:val="lightGray"/>
          <w:lang w:val="ru-RU"/>
        </w:rPr>
        <w:t>.</w:t>
      </w:r>
    </w:p>
    <w:p w14:paraId="12AF443E" w14:textId="77777777" w:rsidR="00F80E43" w:rsidRDefault="00F80E43" w:rsidP="00D85610">
      <w:pPr>
        <w:spacing w:before="240" w:line="276" w:lineRule="auto"/>
        <w:jc w:val="center"/>
        <w:rPr>
          <w:b/>
          <w:sz w:val="28"/>
          <w:szCs w:val="28"/>
          <w:lang w:val="ru-RU"/>
        </w:rPr>
      </w:pPr>
    </w:p>
    <w:p w14:paraId="7A6B1CA9" w14:textId="1B331B69" w:rsidR="00452B5E" w:rsidRPr="00D85610" w:rsidRDefault="00F24C46" w:rsidP="00D85610">
      <w:pPr>
        <w:spacing w:before="240" w:line="276" w:lineRule="auto"/>
        <w:jc w:val="center"/>
        <w:rPr>
          <w:sz w:val="28"/>
          <w:szCs w:val="28"/>
          <w:lang w:val="ru-RU"/>
        </w:rPr>
      </w:pPr>
      <w:r w:rsidRPr="00D85610">
        <w:rPr>
          <w:b/>
          <w:sz w:val="28"/>
          <w:szCs w:val="28"/>
          <w:lang w:val="ru-RU"/>
        </w:rPr>
        <w:lastRenderedPageBreak/>
        <w:t>13. УЧЁТ И ОТЧЁТНОСТЬ</w:t>
      </w:r>
    </w:p>
    <w:p w14:paraId="7A377BB3"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13.1. ЖСК «Вильнюс» ведёт оперативный, статистический и бухгалтерский учёт, а также раскрывает информацию в соответствии с законодательством Российской Федерации.</w:t>
      </w:r>
    </w:p>
    <w:p w14:paraId="3D91690E"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13.2. По решению Общего собрания финансовая деятельность ЖСК «Вильнюс» может проверяться независимой аудиторской организацией с предоставлением Общему собранию заключения по итогам проверки.</w:t>
      </w:r>
    </w:p>
    <w:p w14:paraId="0E780EA3"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13.3. В ЖСК «Вильнюс» ведётся учёт и хранение всей документации, подлежащей хранению в соответствии с законодательством Российской Федерации.</w:t>
      </w:r>
    </w:p>
    <w:p w14:paraId="2ED640CF" w14:textId="77777777" w:rsidR="00452B5E" w:rsidRPr="00D85610" w:rsidRDefault="00F24C46" w:rsidP="00D85610">
      <w:pPr>
        <w:spacing w:before="240" w:line="276" w:lineRule="auto"/>
        <w:jc w:val="center"/>
        <w:rPr>
          <w:sz w:val="28"/>
          <w:szCs w:val="28"/>
          <w:lang w:val="ru-RU"/>
        </w:rPr>
      </w:pPr>
      <w:r w:rsidRPr="00D85610">
        <w:rPr>
          <w:b/>
          <w:sz w:val="28"/>
          <w:szCs w:val="28"/>
          <w:lang w:val="ru-RU"/>
        </w:rPr>
        <w:t>14. РЕОРГАНИЗАЦИЯ И ЛИКВИДАЦИЯ</w:t>
      </w:r>
    </w:p>
    <w:p w14:paraId="6C810483"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14.1. ЖСК «Вильнюс» может быть реорганизован в соответствии со статьями 57–59 Гражданского кодекса РФ и статьей 122 Жилищного кодекса РФ.</w:t>
      </w:r>
    </w:p>
    <w:p w14:paraId="2C970216"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14.2. ЖСК «Вильнюс» может быть ликвидирован в соответствии со статьей 123 Жилищного кодекса РФ по основаниям и в порядке, которые предусмотрены гражданским законодательством (статья 61 Гражданского кодекса РФ).</w:t>
      </w:r>
    </w:p>
    <w:p w14:paraId="3837E06E"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14.3. Ликвидация ЖСК «Вильнюс» считается завершённой, а ЖСК «Вильнюс» – ликвидированным, после внесения записи о ликвидации в Единый государственный реестр юридических лиц.</w:t>
      </w:r>
    </w:p>
    <w:p w14:paraId="52A9BF04" w14:textId="77777777" w:rsidR="00452B5E" w:rsidRPr="00D85610" w:rsidRDefault="00F24C46" w:rsidP="00D85610">
      <w:pPr>
        <w:spacing w:line="276" w:lineRule="auto"/>
        <w:ind w:firstLine="709"/>
        <w:jc w:val="both"/>
        <w:rPr>
          <w:sz w:val="28"/>
          <w:szCs w:val="28"/>
          <w:lang w:val="ru-RU"/>
        </w:rPr>
      </w:pPr>
      <w:r w:rsidRPr="00D85610">
        <w:rPr>
          <w:sz w:val="28"/>
          <w:szCs w:val="28"/>
          <w:lang w:val="ru-RU"/>
        </w:rPr>
        <w:t>14.4. К отношениям, не урегулированным настоящим Уставом, применяется законодательство Российской Федерации.</w:t>
      </w:r>
    </w:p>
    <w:sectPr w:rsidR="00452B5E" w:rsidRPr="00D85610" w:rsidSect="00D856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5FC4A5F"/>
    <w:multiLevelType w:val="hybridMultilevel"/>
    <w:tmpl w:val="AB6A844C"/>
    <w:lvl w:ilvl="0" w:tplc="8D569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9638A8"/>
    <w:multiLevelType w:val="hybridMultilevel"/>
    <w:tmpl w:val="ACBAF95A"/>
    <w:lvl w:ilvl="0" w:tplc="8D569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65216"/>
    <w:multiLevelType w:val="hybridMultilevel"/>
    <w:tmpl w:val="C8D4023E"/>
    <w:lvl w:ilvl="0" w:tplc="656A2DD2">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6F117D"/>
    <w:multiLevelType w:val="hybridMultilevel"/>
    <w:tmpl w:val="DC565680"/>
    <w:lvl w:ilvl="0" w:tplc="FE72FD80">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3E7A1F"/>
    <w:multiLevelType w:val="hybridMultilevel"/>
    <w:tmpl w:val="FF60A5C6"/>
    <w:lvl w:ilvl="0" w:tplc="8D569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F12B78"/>
    <w:multiLevelType w:val="multilevel"/>
    <w:tmpl w:val="8D206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D60A6"/>
    <w:multiLevelType w:val="hybridMultilevel"/>
    <w:tmpl w:val="2D129750"/>
    <w:lvl w:ilvl="0" w:tplc="74A2F0F8">
      <w:start w:val="1"/>
      <w:numFmt w:val="decimal"/>
      <w:lvlText w:val="%1)"/>
      <w:lvlJc w:val="left"/>
      <w:pPr>
        <w:ind w:left="1146" w:hanging="360"/>
      </w:pPr>
      <w:rPr>
        <w:rFonts w:ascii="Times New Roman" w:eastAsiaTheme="minorEastAsia" w:hAnsi="Times New Roman" w:cstheme="minorBidi"/>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475F5709"/>
    <w:multiLevelType w:val="hybridMultilevel"/>
    <w:tmpl w:val="28B63C1A"/>
    <w:lvl w:ilvl="0" w:tplc="3D789E9E">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4542ED"/>
    <w:multiLevelType w:val="hybridMultilevel"/>
    <w:tmpl w:val="B7FE1F40"/>
    <w:lvl w:ilvl="0" w:tplc="4CD27F8A">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5C02BD"/>
    <w:multiLevelType w:val="hybridMultilevel"/>
    <w:tmpl w:val="89F8863E"/>
    <w:lvl w:ilvl="0" w:tplc="8D569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A545C6"/>
    <w:multiLevelType w:val="hybridMultilevel"/>
    <w:tmpl w:val="2FDEA2EC"/>
    <w:lvl w:ilvl="0" w:tplc="C396C9AE">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202A96"/>
    <w:multiLevelType w:val="hybridMultilevel"/>
    <w:tmpl w:val="0B840E0C"/>
    <w:lvl w:ilvl="0" w:tplc="42BEC5A6">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891F5D"/>
    <w:multiLevelType w:val="hybridMultilevel"/>
    <w:tmpl w:val="BF34DF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412942"/>
    <w:multiLevelType w:val="hybridMultilevel"/>
    <w:tmpl w:val="931AD96C"/>
    <w:lvl w:ilvl="0" w:tplc="A4A2767C">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CC4B34"/>
    <w:multiLevelType w:val="hybridMultilevel"/>
    <w:tmpl w:val="72D843CE"/>
    <w:lvl w:ilvl="0" w:tplc="91C80B04">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84017D"/>
    <w:multiLevelType w:val="hybridMultilevel"/>
    <w:tmpl w:val="A222722A"/>
    <w:lvl w:ilvl="0" w:tplc="8D569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90633609">
    <w:abstractNumId w:val="8"/>
  </w:num>
  <w:num w:numId="2" w16cid:durableId="329718478">
    <w:abstractNumId w:val="6"/>
  </w:num>
  <w:num w:numId="3" w16cid:durableId="1706982550">
    <w:abstractNumId w:val="5"/>
  </w:num>
  <w:num w:numId="4" w16cid:durableId="679280901">
    <w:abstractNumId w:val="4"/>
  </w:num>
  <w:num w:numId="5" w16cid:durableId="1821648484">
    <w:abstractNumId w:val="7"/>
  </w:num>
  <w:num w:numId="6" w16cid:durableId="169757876">
    <w:abstractNumId w:val="3"/>
  </w:num>
  <w:num w:numId="7" w16cid:durableId="1056854097">
    <w:abstractNumId w:val="2"/>
  </w:num>
  <w:num w:numId="8" w16cid:durableId="1867517345">
    <w:abstractNumId w:val="1"/>
  </w:num>
  <w:num w:numId="9" w16cid:durableId="1771048618">
    <w:abstractNumId w:val="0"/>
  </w:num>
  <w:num w:numId="10" w16cid:durableId="774641917">
    <w:abstractNumId w:val="13"/>
  </w:num>
  <w:num w:numId="11" w16cid:durableId="1177694239">
    <w:abstractNumId w:val="9"/>
  </w:num>
  <w:num w:numId="12" w16cid:durableId="555893542">
    <w:abstractNumId w:val="18"/>
  </w:num>
  <w:num w:numId="13" w16cid:durableId="1055546743">
    <w:abstractNumId w:val="19"/>
  </w:num>
  <w:num w:numId="14" w16cid:durableId="1006706779">
    <w:abstractNumId w:val="17"/>
  </w:num>
  <w:num w:numId="15" w16cid:durableId="715083868">
    <w:abstractNumId w:val="12"/>
  </w:num>
  <w:num w:numId="16" w16cid:durableId="495927538">
    <w:abstractNumId w:val="15"/>
  </w:num>
  <w:num w:numId="17" w16cid:durableId="446971136">
    <w:abstractNumId w:val="16"/>
  </w:num>
  <w:num w:numId="18" w16cid:durableId="1298295203">
    <w:abstractNumId w:val="24"/>
  </w:num>
  <w:num w:numId="19" w16cid:durableId="2127768084">
    <w:abstractNumId w:val="11"/>
  </w:num>
  <w:num w:numId="20" w16cid:durableId="1010445589">
    <w:abstractNumId w:val="10"/>
  </w:num>
  <w:num w:numId="21" w16cid:durableId="767504684">
    <w:abstractNumId w:val="22"/>
  </w:num>
  <w:num w:numId="22" w16cid:durableId="1344549677">
    <w:abstractNumId w:val="20"/>
  </w:num>
  <w:num w:numId="23" w16cid:durableId="1990281253">
    <w:abstractNumId w:val="23"/>
  </w:num>
  <w:num w:numId="24" w16cid:durableId="167906568">
    <w:abstractNumId w:val="21"/>
  </w:num>
  <w:num w:numId="25" w16cid:durableId="13864848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AB4"/>
    <w:rsid w:val="00044516"/>
    <w:rsid w:val="00050B61"/>
    <w:rsid w:val="0006063C"/>
    <w:rsid w:val="00060EC6"/>
    <w:rsid w:val="00064C4E"/>
    <w:rsid w:val="00096984"/>
    <w:rsid w:val="000A2194"/>
    <w:rsid w:val="000D3CBF"/>
    <w:rsid w:val="00106BB1"/>
    <w:rsid w:val="0015074B"/>
    <w:rsid w:val="00172344"/>
    <w:rsid w:val="0019683F"/>
    <w:rsid w:val="001A3F7F"/>
    <w:rsid w:val="001C6780"/>
    <w:rsid w:val="00274D27"/>
    <w:rsid w:val="00287ED5"/>
    <w:rsid w:val="0029639D"/>
    <w:rsid w:val="002976C9"/>
    <w:rsid w:val="002A21CD"/>
    <w:rsid w:val="002A5112"/>
    <w:rsid w:val="002E330B"/>
    <w:rsid w:val="002E70C5"/>
    <w:rsid w:val="00326F90"/>
    <w:rsid w:val="003673A8"/>
    <w:rsid w:val="003878A5"/>
    <w:rsid w:val="003A2F4B"/>
    <w:rsid w:val="003E0106"/>
    <w:rsid w:val="003E2332"/>
    <w:rsid w:val="003F361E"/>
    <w:rsid w:val="004069CD"/>
    <w:rsid w:val="00406FFA"/>
    <w:rsid w:val="004156EF"/>
    <w:rsid w:val="004442A5"/>
    <w:rsid w:val="00452B5E"/>
    <w:rsid w:val="00470981"/>
    <w:rsid w:val="0049131A"/>
    <w:rsid w:val="004D3863"/>
    <w:rsid w:val="004F4192"/>
    <w:rsid w:val="00507DE8"/>
    <w:rsid w:val="0051161B"/>
    <w:rsid w:val="0054178E"/>
    <w:rsid w:val="005C26A2"/>
    <w:rsid w:val="005C2F24"/>
    <w:rsid w:val="005E3469"/>
    <w:rsid w:val="006456DB"/>
    <w:rsid w:val="00645DBE"/>
    <w:rsid w:val="00683A44"/>
    <w:rsid w:val="006E1D16"/>
    <w:rsid w:val="0070767C"/>
    <w:rsid w:val="00735143"/>
    <w:rsid w:val="007457C5"/>
    <w:rsid w:val="00782D24"/>
    <w:rsid w:val="0078795E"/>
    <w:rsid w:val="00792696"/>
    <w:rsid w:val="007B7386"/>
    <w:rsid w:val="007C1B9C"/>
    <w:rsid w:val="007F5C54"/>
    <w:rsid w:val="0081680E"/>
    <w:rsid w:val="0081721A"/>
    <w:rsid w:val="00820873"/>
    <w:rsid w:val="00837439"/>
    <w:rsid w:val="00851E61"/>
    <w:rsid w:val="00860F4F"/>
    <w:rsid w:val="008C1BBA"/>
    <w:rsid w:val="008D3724"/>
    <w:rsid w:val="008E5D5F"/>
    <w:rsid w:val="0095421B"/>
    <w:rsid w:val="00974E73"/>
    <w:rsid w:val="00984B89"/>
    <w:rsid w:val="009A0A9B"/>
    <w:rsid w:val="009C09E8"/>
    <w:rsid w:val="009C2F84"/>
    <w:rsid w:val="00A07364"/>
    <w:rsid w:val="00A64A91"/>
    <w:rsid w:val="00A65C42"/>
    <w:rsid w:val="00A86596"/>
    <w:rsid w:val="00AA1D8D"/>
    <w:rsid w:val="00B06EB0"/>
    <w:rsid w:val="00B47730"/>
    <w:rsid w:val="00B82D8A"/>
    <w:rsid w:val="00BB1BD4"/>
    <w:rsid w:val="00BC366F"/>
    <w:rsid w:val="00BC697A"/>
    <w:rsid w:val="00BD559A"/>
    <w:rsid w:val="00BE1505"/>
    <w:rsid w:val="00BF3EDA"/>
    <w:rsid w:val="00BF5FC0"/>
    <w:rsid w:val="00C35B63"/>
    <w:rsid w:val="00C53EF4"/>
    <w:rsid w:val="00C7743E"/>
    <w:rsid w:val="00C848EB"/>
    <w:rsid w:val="00CB0664"/>
    <w:rsid w:val="00CF0892"/>
    <w:rsid w:val="00D648DF"/>
    <w:rsid w:val="00D80DDA"/>
    <w:rsid w:val="00D85610"/>
    <w:rsid w:val="00DF1F63"/>
    <w:rsid w:val="00E0160F"/>
    <w:rsid w:val="00E66A81"/>
    <w:rsid w:val="00EA2DA1"/>
    <w:rsid w:val="00EC0F23"/>
    <w:rsid w:val="00F24C46"/>
    <w:rsid w:val="00F5396F"/>
    <w:rsid w:val="00F71EEB"/>
    <w:rsid w:val="00F736F9"/>
    <w:rsid w:val="00F80E43"/>
    <w:rsid w:val="00F869F9"/>
    <w:rsid w:val="00FA279D"/>
    <w:rsid w:val="00FC46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148462"/>
  <w14:defaultImageDpi w14:val="300"/>
  <w15:docId w15:val="{65F2AE18-6CEB-4E4C-A701-AE64FE756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36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06109">
      <w:bodyDiv w:val="1"/>
      <w:marLeft w:val="0"/>
      <w:marRight w:val="0"/>
      <w:marTop w:val="0"/>
      <w:marBottom w:val="0"/>
      <w:divBdr>
        <w:top w:val="none" w:sz="0" w:space="0" w:color="auto"/>
        <w:left w:val="none" w:sz="0" w:space="0" w:color="auto"/>
        <w:bottom w:val="none" w:sz="0" w:space="0" w:color="auto"/>
        <w:right w:val="none" w:sz="0" w:space="0" w:color="auto"/>
      </w:divBdr>
      <w:divsChild>
        <w:div w:id="1762989568">
          <w:marLeft w:val="0"/>
          <w:marRight w:val="0"/>
          <w:marTop w:val="0"/>
          <w:marBottom w:val="0"/>
          <w:divBdr>
            <w:top w:val="none" w:sz="0" w:space="0" w:color="auto"/>
            <w:left w:val="none" w:sz="0" w:space="0" w:color="auto"/>
            <w:bottom w:val="none" w:sz="0" w:space="0" w:color="auto"/>
            <w:right w:val="none" w:sz="0" w:space="0" w:color="auto"/>
          </w:divBdr>
        </w:div>
      </w:divsChild>
    </w:div>
    <w:div w:id="180094321">
      <w:bodyDiv w:val="1"/>
      <w:marLeft w:val="0"/>
      <w:marRight w:val="0"/>
      <w:marTop w:val="0"/>
      <w:marBottom w:val="0"/>
      <w:divBdr>
        <w:top w:val="none" w:sz="0" w:space="0" w:color="auto"/>
        <w:left w:val="none" w:sz="0" w:space="0" w:color="auto"/>
        <w:bottom w:val="none" w:sz="0" w:space="0" w:color="auto"/>
        <w:right w:val="none" w:sz="0" w:space="0" w:color="auto"/>
      </w:divBdr>
      <w:divsChild>
        <w:div w:id="971400192">
          <w:marLeft w:val="0"/>
          <w:marRight w:val="0"/>
          <w:marTop w:val="0"/>
          <w:marBottom w:val="0"/>
          <w:divBdr>
            <w:top w:val="none" w:sz="0" w:space="0" w:color="auto"/>
            <w:left w:val="none" w:sz="0" w:space="0" w:color="auto"/>
            <w:bottom w:val="none" w:sz="0" w:space="0" w:color="auto"/>
            <w:right w:val="none" w:sz="0" w:space="0" w:color="auto"/>
          </w:divBdr>
        </w:div>
      </w:divsChild>
    </w:div>
    <w:div w:id="922296639">
      <w:bodyDiv w:val="1"/>
      <w:marLeft w:val="0"/>
      <w:marRight w:val="0"/>
      <w:marTop w:val="0"/>
      <w:marBottom w:val="0"/>
      <w:divBdr>
        <w:top w:val="none" w:sz="0" w:space="0" w:color="auto"/>
        <w:left w:val="none" w:sz="0" w:space="0" w:color="auto"/>
        <w:bottom w:val="none" w:sz="0" w:space="0" w:color="auto"/>
        <w:right w:val="none" w:sz="0" w:space="0" w:color="auto"/>
      </w:divBdr>
      <w:divsChild>
        <w:div w:id="168570611">
          <w:marLeft w:val="0"/>
          <w:marRight w:val="0"/>
          <w:marTop w:val="0"/>
          <w:marBottom w:val="0"/>
          <w:divBdr>
            <w:top w:val="none" w:sz="0" w:space="0" w:color="auto"/>
            <w:left w:val="none" w:sz="0" w:space="0" w:color="auto"/>
            <w:bottom w:val="none" w:sz="0" w:space="0" w:color="auto"/>
            <w:right w:val="none" w:sz="0" w:space="0" w:color="auto"/>
          </w:divBdr>
        </w:div>
      </w:divsChild>
    </w:div>
    <w:div w:id="1672216797">
      <w:bodyDiv w:val="1"/>
      <w:marLeft w:val="0"/>
      <w:marRight w:val="0"/>
      <w:marTop w:val="0"/>
      <w:marBottom w:val="0"/>
      <w:divBdr>
        <w:top w:val="none" w:sz="0" w:space="0" w:color="auto"/>
        <w:left w:val="none" w:sz="0" w:space="0" w:color="auto"/>
        <w:bottom w:val="none" w:sz="0" w:space="0" w:color="auto"/>
        <w:right w:val="none" w:sz="0" w:space="0" w:color="auto"/>
      </w:divBdr>
      <w:divsChild>
        <w:div w:id="1600600911">
          <w:marLeft w:val="0"/>
          <w:marRight w:val="0"/>
          <w:marTop w:val="0"/>
          <w:marBottom w:val="0"/>
          <w:divBdr>
            <w:top w:val="none" w:sz="0" w:space="0" w:color="auto"/>
            <w:left w:val="none" w:sz="0" w:space="0" w:color="auto"/>
            <w:bottom w:val="none" w:sz="0" w:space="0" w:color="auto"/>
            <w:right w:val="none" w:sz="0" w:space="0" w:color="auto"/>
          </w:divBdr>
        </w:div>
      </w:divsChild>
    </w:div>
    <w:div w:id="1684548311">
      <w:bodyDiv w:val="1"/>
      <w:marLeft w:val="0"/>
      <w:marRight w:val="0"/>
      <w:marTop w:val="0"/>
      <w:marBottom w:val="0"/>
      <w:divBdr>
        <w:top w:val="none" w:sz="0" w:space="0" w:color="auto"/>
        <w:left w:val="none" w:sz="0" w:space="0" w:color="auto"/>
        <w:bottom w:val="none" w:sz="0" w:space="0" w:color="auto"/>
        <w:right w:val="none" w:sz="0" w:space="0" w:color="auto"/>
      </w:divBdr>
      <w:divsChild>
        <w:div w:id="1606647506">
          <w:marLeft w:val="0"/>
          <w:marRight w:val="0"/>
          <w:marTop w:val="0"/>
          <w:marBottom w:val="0"/>
          <w:divBdr>
            <w:top w:val="none" w:sz="0" w:space="0" w:color="auto"/>
            <w:left w:val="none" w:sz="0" w:space="0" w:color="auto"/>
            <w:bottom w:val="none" w:sz="0" w:space="0" w:color="auto"/>
            <w:right w:val="none" w:sz="0" w:space="0" w:color="auto"/>
          </w:divBdr>
        </w:div>
      </w:divsChild>
    </w:div>
    <w:div w:id="1964649661">
      <w:bodyDiv w:val="1"/>
      <w:marLeft w:val="0"/>
      <w:marRight w:val="0"/>
      <w:marTop w:val="0"/>
      <w:marBottom w:val="0"/>
      <w:divBdr>
        <w:top w:val="none" w:sz="0" w:space="0" w:color="auto"/>
        <w:left w:val="none" w:sz="0" w:space="0" w:color="auto"/>
        <w:bottom w:val="none" w:sz="0" w:space="0" w:color="auto"/>
        <w:right w:val="none" w:sz="0" w:space="0" w:color="auto"/>
      </w:divBdr>
      <w:divsChild>
        <w:div w:id="99104017">
          <w:marLeft w:val="0"/>
          <w:marRight w:val="0"/>
          <w:marTop w:val="0"/>
          <w:marBottom w:val="0"/>
          <w:divBdr>
            <w:top w:val="none" w:sz="0" w:space="0" w:color="auto"/>
            <w:left w:val="none" w:sz="0" w:space="0" w:color="auto"/>
            <w:bottom w:val="none" w:sz="0" w:space="0" w:color="auto"/>
            <w:right w:val="none" w:sz="0" w:space="0" w:color="auto"/>
          </w:divBdr>
        </w:div>
      </w:divsChild>
    </w:div>
    <w:div w:id="2028291171">
      <w:bodyDiv w:val="1"/>
      <w:marLeft w:val="0"/>
      <w:marRight w:val="0"/>
      <w:marTop w:val="0"/>
      <w:marBottom w:val="0"/>
      <w:divBdr>
        <w:top w:val="none" w:sz="0" w:space="0" w:color="auto"/>
        <w:left w:val="none" w:sz="0" w:space="0" w:color="auto"/>
        <w:bottom w:val="none" w:sz="0" w:space="0" w:color="auto"/>
        <w:right w:val="none" w:sz="0" w:space="0" w:color="auto"/>
      </w:divBdr>
      <w:divsChild>
        <w:div w:id="1134490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6605</Words>
  <Characters>37652</Characters>
  <Application>Microsoft Office Word</Application>
  <DocSecurity>0</DocSecurity>
  <Lines>313</Lines>
  <Paragraphs>88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1</cp:lastModifiedBy>
  <cp:revision>5</cp:revision>
  <cp:lastPrinted>2026-10-15T14:38:00Z</cp:lastPrinted>
  <dcterms:created xsi:type="dcterms:W3CDTF">2026-10-15T13:38:00Z</dcterms:created>
  <dcterms:modified xsi:type="dcterms:W3CDTF">2026-10-15T14:38:00Z</dcterms:modified>
  <cp:category/>
</cp:coreProperties>
</file>